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Look w:val="04A0" w:firstRow="1" w:lastRow="0" w:firstColumn="1" w:lastColumn="0" w:noHBand="0" w:noVBand="1"/>
      </w:tblPr>
      <w:tblGrid>
        <w:gridCol w:w="3266"/>
        <w:gridCol w:w="5806"/>
      </w:tblGrid>
      <w:tr w:rsidR="00840656" w14:paraId="1FF80555" w14:textId="77777777">
        <w:tc>
          <w:tcPr>
            <w:tcW w:w="3266" w:type="dxa"/>
          </w:tcPr>
          <w:p w14:paraId="4DE0C970" w14:textId="1AD5C072" w:rsidR="00840656" w:rsidRPr="009F0DF1" w:rsidRDefault="009F0DF1">
            <w:pPr>
              <w:spacing w:after="0" w:line="240" w:lineRule="auto"/>
              <w:jc w:val="center"/>
              <w:rPr>
                <w:lang w:val="vi-VN"/>
              </w:rPr>
            </w:pPr>
            <w:r>
              <w:rPr>
                <w:rFonts w:ascii="Times New Roman" w:eastAsia="Times New Roman" w:hAnsi="Times New Roman" w:cs="Times New Roman"/>
                <w:sz w:val="26"/>
              </w:rPr>
              <w:t>UBND</w:t>
            </w:r>
            <w:r>
              <w:rPr>
                <w:rFonts w:ascii="Times New Roman" w:eastAsia="Times New Roman" w:hAnsi="Times New Roman" w:cs="Times New Roman"/>
                <w:sz w:val="26"/>
                <w:lang w:val="vi-VN"/>
              </w:rPr>
              <w:t xml:space="preserve"> </w:t>
            </w:r>
            <w:r>
              <w:rPr>
                <w:rFonts w:ascii="Times New Roman" w:eastAsia="Times New Roman" w:hAnsi="Times New Roman" w:cs="Times New Roman"/>
                <w:sz w:val="26"/>
              </w:rPr>
              <w:t>XÃ THUẬN</w:t>
            </w:r>
            <w:r>
              <w:rPr>
                <w:rFonts w:ascii="Times New Roman" w:eastAsia="Times New Roman" w:hAnsi="Times New Roman" w:cs="Times New Roman"/>
                <w:sz w:val="26"/>
                <w:lang w:val="vi-VN"/>
              </w:rPr>
              <w:t xml:space="preserve"> LỢI </w:t>
            </w:r>
          </w:p>
          <w:p w14:paraId="439CA80D" w14:textId="77777777" w:rsidR="00840656" w:rsidRDefault="00000000">
            <w:pPr>
              <w:spacing w:after="40" w:line="240" w:lineRule="auto"/>
              <w:jc w:val="center"/>
            </w:pPr>
            <w:r>
              <w:rPr>
                <w:rFonts w:ascii="Times New Roman" w:eastAsia="Times New Roman" w:hAnsi="Times New Roman" w:cs="Times New Roman"/>
                <w:b/>
                <w:sz w:val="26"/>
              </w:rPr>
              <w:t>TRẠM Y TẾ</w:t>
            </w:r>
          </w:p>
          <w:p w14:paraId="6BE7D6CF" w14:textId="77777777" w:rsidR="00840656" w:rsidRDefault="00840656">
            <w:pPr>
              <w:pBdr>
                <w:bottom w:val="single" w:sz="2" w:space="1" w:color="000000"/>
              </w:pBdr>
              <w:spacing w:after="0" w:line="240" w:lineRule="auto"/>
              <w:ind w:left="680" w:right="680"/>
              <w:jc w:val="center"/>
              <w:rPr>
                <w:rFonts w:ascii="Times New Roman" w:eastAsia="Times New Roman" w:hAnsi="Times New Roman" w:cs="Times New Roman"/>
                <w:sz w:val="4"/>
                <w:szCs w:val="4"/>
              </w:rPr>
            </w:pPr>
          </w:p>
        </w:tc>
        <w:tc>
          <w:tcPr>
            <w:tcW w:w="5806" w:type="dxa"/>
          </w:tcPr>
          <w:p w14:paraId="3828A61B" w14:textId="77777777" w:rsidR="00840656" w:rsidRDefault="00000000">
            <w:pPr>
              <w:spacing w:after="0" w:line="240" w:lineRule="auto"/>
              <w:jc w:val="center"/>
            </w:pPr>
            <w:r>
              <w:rPr>
                <w:rFonts w:ascii="Times New Roman" w:eastAsia="Times New Roman" w:hAnsi="Times New Roman" w:cs="Times New Roman"/>
                <w:b/>
                <w:sz w:val="26"/>
              </w:rPr>
              <w:t>CỘNG HÒA XÃ HỘI CHỦ NGHĨA VIỆT NAM</w:t>
            </w:r>
          </w:p>
          <w:p w14:paraId="0A792AA9" w14:textId="77777777" w:rsidR="00840656" w:rsidRDefault="00000000">
            <w:pPr>
              <w:spacing w:after="0" w:line="240" w:lineRule="auto"/>
              <w:jc w:val="center"/>
            </w:pPr>
            <w:r>
              <w:rPr>
                <w:rFonts w:ascii="Times New Roman" w:eastAsia="Times New Roman" w:hAnsi="Times New Roman" w:cs="Times New Roman"/>
                <w:b/>
                <w:sz w:val="28"/>
              </w:rPr>
              <w:t>Độc lập - Tự do - Hạnh phúc</w:t>
            </w:r>
          </w:p>
          <w:p w14:paraId="6566487E" w14:textId="77777777" w:rsidR="00840656" w:rsidRDefault="00840656">
            <w:pPr>
              <w:pBdr>
                <w:bottom w:val="single" w:sz="2" w:space="1" w:color="000000"/>
              </w:pBdr>
              <w:spacing w:after="40" w:line="240" w:lineRule="auto"/>
              <w:ind w:left="1066" w:right="1066"/>
              <w:jc w:val="center"/>
              <w:rPr>
                <w:rFonts w:ascii="Times New Roman" w:eastAsia="Times New Roman" w:hAnsi="Times New Roman" w:cs="Times New Roman"/>
                <w:sz w:val="4"/>
                <w:szCs w:val="4"/>
              </w:rPr>
            </w:pPr>
          </w:p>
        </w:tc>
      </w:tr>
      <w:tr w:rsidR="00840656" w14:paraId="626350E9" w14:textId="77777777">
        <w:tc>
          <w:tcPr>
            <w:tcW w:w="3266" w:type="dxa"/>
          </w:tcPr>
          <w:p w14:paraId="08F15584" w14:textId="77777777" w:rsidR="00840656" w:rsidRDefault="00000000">
            <w:pPr>
              <w:spacing w:before="80" w:after="80" w:line="240" w:lineRule="auto"/>
              <w:jc w:val="center"/>
            </w:pPr>
            <w:r>
              <w:rPr>
                <w:rFonts w:ascii="Times New Roman" w:eastAsia="Times New Roman" w:hAnsi="Times New Roman" w:cs="Times New Roman"/>
                <w:sz w:val="26"/>
              </w:rPr>
              <w:t>Số:    /BC-TYT</w:t>
            </w:r>
          </w:p>
        </w:tc>
        <w:tc>
          <w:tcPr>
            <w:tcW w:w="5806" w:type="dxa"/>
          </w:tcPr>
          <w:p w14:paraId="2D6A4EF1" w14:textId="35C7A5E7" w:rsidR="00840656" w:rsidRDefault="009F0DF1">
            <w:pPr>
              <w:spacing w:before="80" w:after="80" w:line="240" w:lineRule="auto"/>
              <w:jc w:val="center"/>
            </w:pPr>
            <w:r>
              <w:rPr>
                <w:rFonts w:ascii="Times New Roman" w:eastAsia="Times New Roman" w:hAnsi="Times New Roman" w:cs="Times New Roman"/>
                <w:i/>
                <w:sz w:val="28"/>
              </w:rPr>
              <w:t>Thuận</w:t>
            </w:r>
            <w:r>
              <w:rPr>
                <w:rFonts w:ascii="Times New Roman" w:eastAsia="Times New Roman" w:hAnsi="Times New Roman" w:cs="Times New Roman"/>
                <w:i/>
                <w:sz w:val="28"/>
                <w:lang w:val="vi-VN"/>
              </w:rPr>
              <w:t xml:space="preserve"> Lợi </w:t>
            </w:r>
            <w:r>
              <w:rPr>
                <w:rFonts w:ascii="Times New Roman" w:eastAsia="Times New Roman" w:hAnsi="Times New Roman" w:cs="Times New Roman"/>
                <w:i/>
                <w:sz w:val="28"/>
              </w:rPr>
              <w:t>, ngày 13 tháng 9 năm 2026</w:t>
            </w:r>
          </w:p>
        </w:tc>
      </w:tr>
    </w:tbl>
    <w:p w14:paraId="6A02E858" w14:textId="77777777" w:rsidR="006E0B97" w:rsidRDefault="006E0B97">
      <w:pPr>
        <w:spacing w:before="160" w:after="40" w:line="240" w:lineRule="auto"/>
        <w:jc w:val="center"/>
        <w:rPr>
          <w:rFonts w:ascii="Times New Roman" w:eastAsia="Times New Roman" w:hAnsi="Times New Roman" w:cs="Times New Roman"/>
          <w:b/>
          <w:sz w:val="28"/>
          <w:lang w:val="vi-VN"/>
        </w:rPr>
      </w:pPr>
    </w:p>
    <w:p w14:paraId="1723E0ED" w14:textId="48F494F2" w:rsidR="00840656" w:rsidRDefault="00000000">
      <w:pPr>
        <w:spacing w:before="160" w:after="40" w:line="240" w:lineRule="auto"/>
        <w:jc w:val="center"/>
      </w:pPr>
      <w:r>
        <w:rPr>
          <w:rFonts w:ascii="Times New Roman" w:eastAsia="Times New Roman" w:hAnsi="Times New Roman" w:cs="Times New Roman"/>
          <w:b/>
          <w:sz w:val="28"/>
        </w:rPr>
        <w:t>BÁO CÁO NHANH</w:t>
      </w:r>
    </w:p>
    <w:p w14:paraId="56789540" w14:textId="551AD0A6" w:rsidR="00840656" w:rsidRDefault="00000000">
      <w:pPr>
        <w:spacing w:after="40" w:line="240" w:lineRule="auto"/>
        <w:jc w:val="center"/>
      </w:pPr>
      <w:r>
        <w:rPr>
          <w:rFonts w:ascii="Times New Roman" w:eastAsia="Times New Roman" w:hAnsi="Times New Roman" w:cs="Times New Roman"/>
          <w:b/>
          <w:sz w:val="28"/>
        </w:rPr>
        <w:t xml:space="preserve">Tình hình dịch bệnh sốt xuất huyết và kết quả thực hiện Chiến dịch tổng vệ sinh môi trường, diệt lăng quăng phòng, chống sốt xuất huyết trên địa bàn xã </w:t>
      </w:r>
      <w:r w:rsidR="009F0DF1">
        <w:rPr>
          <w:rFonts w:ascii="Times New Roman" w:eastAsia="Times New Roman" w:hAnsi="Times New Roman" w:cs="Times New Roman"/>
          <w:b/>
          <w:sz w:val="28"/>
        </w:rPr>
        <w:t>Thuận</w:t>
      </w:r>
      <w:r w:rsidR="009F0DF1">
        <w:rPr>
          <w:rFonts w:ascii="Times New Roman" w:eastAsia="Times New Roman" w:hAnsi="Times New Roman" w:cs="Times New Roman"/>
          <w:b/>
          <w:sz w:val="28"/>
          <w:lang w:val="vi-VN"/>
        </w:rPr>
        <w:t xml:space="preserve"> Lợi </w:t>
      </w:r>
      <w:r>
        <w:rPr>
          <w:rFonts w:ascii="Times New Roman" w:eastAsia="Times New Roman" w:hAnsi="Times New Roman" w:cs="Times New Roman"/>
          <w:b/>
          <w:sz w:val="28"/>
        </w:rPr>
        <w:t>tuần 37</w:t>
      </w:r>
    </w:p>
    <w:p w14:paraId="6B029815" w14:textId="77777777" w:rsidR="00840656" w:rsidRDefault="00840656">
      <w:pPr>
        <w:pBdr>
          <w:bottom w:val="single" w:sz="2" w:space="1" w:color="000000"/>
        </w:pBdr>
        <w:spacing w:after="160" w:line="240" w:lineRule="auto"/>
        <w:ind w:left="3685" w:right="3685"/>
        <w:jc w:val="center"/>
        <w:rPr>
          <w:rFonts w:ascii="Times New Roman" w:eastAsia="Times New Roman" w:hAnsi="Times New Roman" w:cs="Times New Roman"/>
          <w:sz w:val="4"/>
          <w:szCs w:val="4"/>
        </w:rPr>
      </w:pPr>
    </w:p>
    <w:p w14:paraId="0B5F868F" w14:textId="77777777" w:rsidR="006E0B97" w:rsidRDefault="006E0B97">
      <w:pPr>
        <w:spacing w:before="160" w:after="0" w:line="240" w:lineRule="auto"/>
        <w:ind w:left="1417"/>
        <w:rPr>
          <w:rFonts w:ascii="Times New Roman" w:eastAsia="Times New Roman" w:hAnsi="Times New Roman" w:cs="Times New Roman"/>
          <w:sz w:val="28"/>
          <w:lang w:val="vi-VN"/>
        </w:rPr>
      </w:pPr>
    </w:p>
    <w:p w14:paraId="5D9143AE" w14:textId="3E4DC7BE" w:rsidR="00840656" w:rsidRPr="005604A5" w:rsidRDefault="00000000">
      <w:pPr>
        <w:spacing w:before="160" w:after="0" w:line="240" w:lineRule="auto"/>
        <w:ind w:left="1417"/>
        <w:rPr>
          <w:lang w:val="vi-VN"/>
        </w:rPr>
      </w:pPr>
      <w:r w:rsidRPr="006E0B97">
        <w:rPr>
          <w:rFonts w:ascii="Times New Roman" w:eastAsia="Times New Roman" w:hAnsi="Times New Roman" w:cs="Times New Roman"/>
          <w:sz w:val="28"/>
          <w:lang w:val="vi-VN"/>
        </w:rPr>
        <w:t>Kính gửi:</w:t>
      </w:r>
      <w:r w:rsidR="005604A5">
        <w:rPr>
          <w:rFonts w:ascii="Times New Roman" w:eastAsia="Times New Roman" w:hAnsi="Times New Roman" w:cs="Times New Roman"/>
          <w:sz w:val="28"/>
          <w:lang w:val="vi-VN"/>
        </w:rPr>
        <w:t xml:space="preserve"> - Đảng ủy xã Thuận </w:t>
      </w:r>
      <w:r w:rsidR="006E0B97">
        <w:rPr>
          <w:rFonts w:ascii="Times New Roman" w:eastAsia="Times New Roman" w:hAnsi="Times New Roman" w:cs="Times New Roman"/>
          <w:sz w:val="28"/>
          <w:lang w:val="vi-VN"/>
        </w:rPr>
        <w:t>Lợi;</w:t>
      </w:r>
      <w:r w:rsidR="005604A5">
        <w:rPr>
          <w:rFonts w:ascii="Times New Roman" w:eastAsia="Times New Roman" w:hAnsi="Times New Roman" w:cs="Times New Roman"/>
          <w:sz w:val="28"/>
          <w:lang w:val="vi-VN"/>
        </w:rPr>
        <w:t xml:space="preserve"> </w:t>
      </w:r>
    </w:p>
    <w:p w14:paraId="742FDE02" w14:textId="704A6924" w:rsidR="00840656" w:rsidRPr="00A87C18" w:rsidRDefault="00000000">
      <w:pPr>
        <w:spacing w:after="0" w:line="240" w:lineRule="auto"/>
        <w:ind w:left="2551"/>
        <w:rPr>
          <w:lang w:val="vi-VN"/>
        </w:rPr>
      </w:pPr>
      <w:r w:rsidRPr="00A87C18">
        <w:rPr>
          <w:rFonts w:ascii="Times New Roman" w:eastAsia="Times New Roman" w:hAnsi="Times New Roman" w:cs="Times New Roman"/>
          <w:sz w:val="28"/>
          <w:lang w:val="vi-VN"/>
        </w:rPr>
        <w:t xml:space="preserve">- Ủy ban nhân dân xã </w:t>
      </w:r>
      <w:r w:rsidR="005604A5" w:rsidRPr="00A87C18">
        <w:rPr>
          <w:rFonts w:ascii="Times New Roman" w:eastAsia="Times New Roman" w:hAnsi="Times New Roman" w:cs="Times New Roman"/>
          <w:sz w:val="28"/>
          <w:lang w:val="vi-VN"/>
        </w:rPr>
        <w:t>Thuận</w:t>
      </w:r>
      <w:r w:rsidR="005604A5">
        <w:rPr>
          <w:rFonts w:ascii="Times New Roman" w:eastAsia="Times New Roman" w:hAnsi="Times New Roman" w:cs="Times New Roman"/>
          <w:sz w:val="28"/>
          <w:lang w:val="vi-VN"/>
        </w:rPr>
        <w:t xml:space="preserve"> Lợi </w:t>
      </w:r>
      <w:r w:rsidRPr="00A87C18">
        <w:rPr>
          <w:rFonts w:ascii="Times New Roman" w:eastAsia="Times New Roman" w:hAnsi="Times New Roman" w:cs="Times New Roman"/>
          <w:sz w:val="28"/>
          <w:lang w:val="vi-VN"/>
        </w:rPr>
        <w:t>;</w:t>
      </w:r>
    </w:p>
    <w:p w14:paraId="6B64F5C6" w14:textId="77777777" w:rsidR="00840656" w:rsidRPr="00A87C18" w:rsidRDefault="00000000">
      <w:pPr>
        <w:spacing w:after="0" w:line="240" w:lineRule="auto"/>
        <w:ind w:left="2551"/>
        <w:rPr>
          <w:lang w:val="vi-VN"/>
        </w:rPr>
      </w:pPr>
      <w:r w:rsidRPr="00A87C18">
        <w:rPr>
          <w:rFonts w:ascii="Times New Roman" w:eastAsia="Times New Roman" w:hAnsi="Times New Roman" w:cs="Times New Roman"/>
          <w:sz w:val="28"/>
          <w:lang w:val="vi-VN"/>
        </w:rPr>
        <w:t>- Ban chỉ đạo Chăm sóc sức khoẻ nhân dân xã;</w:t>
      </w:r>
    </w:p>
    <w:p w14:paraId="73799787" w14:textId="77777777" w:rsidR="00840656" w:rsidRDefault="00000000">
      <w:pPr>
        <w:spacing w:after="0" w:line="240" w:lineRule="auto"/>
        <w:ind w:left="2551"/>
        <w:rPr>
          <w:rFonts w:ascii="Times New Roman" w:eastAsia="Times New Roman" w:hAnsi="Times New Roman" w:cs="Times New Roman"/>
          <w:sz w:val="28"/>
          <w:lang w:val="vi-VN"/>
        </w:rPr>
      </w:pPr>
      <w:r w:rsidRPr="00A87C18">
        <w:rPr>
          <w:rFonts w:ascii="Times New Roman" w:eastAsia="Times New Roman" w:hAnsi="Times New Roman" w:cs="Times New Roman"/>
          <w:sz w:val="28"/>
          <w:lang w:val="vi-VN"/>
        </w:rPr>
        <w:t>- Phòng Văn hoá - Xã hội;</w:t>
      </w:r>
    </w:p>
    <w:p w14:paraId="1DD593F2" w14:textId="1D9CA48A" w:rsidR="006E0B97" w:rsidRPr="00A87C18" w:rsidRDefault="006E0B97">
      <w:pPr>
        <w:spacing w:after="0" w:line="240" w:lineRule="auto"/>
        <w:ind w:left="2551"/>
        <w:rPr>
          <w:lang w:val="vi-VN"/>
        </w:rPr>
      </w:pPr>
      <w:r>
        <w:rPr>
          <w:rFonts w:ascii="Times New Roman" w:eastAsia="Times New Roman" w:hAnsi="Times New Roman" w:cs="Times New Roman"/>
          <w:sz w:val="28"/>
          <w:lang w:val="vi-VN"/>
        </w:rPr>
        <w:t>- Trung tâm dịch vụ tổng hợp;</w:t>
      </w:r>
    </w:p>
    <w:p w14:paraId="7DAF171D" w14:textId="496317AB" w:rsidR="00840656" w:rsidRPr="00A87C18" w:rsidRDefault="00000000">
      <w:pPr>
        <w:spacing w:after="0" w:line="240" w:lineRule="auto"/>
        <w:ind w:left="2551"/>
        <w:rPr>
          <w:lang w:val="vi-VN"/>
        </w:rPr>
      </w:pPr>
      <w:r w:rsidRPr="00A87C18">
        <w:rPr>
          <w:rFonts w:ascii="Times New Roman" w:eastAsia="Times New Roman" w:hAnsi="Times New Roman" w:cs="Times New Roman"/>
          <w:sz w:val="28"/>
          <w:lang w:val="vi-VN"/>
        </w:rPr>
        <w:t xml:space="preserve">- Ban điều hành các </w:t>
      </w:r>
      <w:r w:rsidR="005604A5" w:rsidRPr="00A87C18">
        <w:rPr>
          <w:rFonts w:ascii="Times New Roman" w:eastAsia="Times New Roman" w:hAnsi="Times New Roman" w:cs="Times New Roman"/>
          <w:sz w:val="28"/>
          <w:lang w:val="vi-VN"/>
        </w:rPr>
        <w:t>ấp</w:t>
      </w:r>
      <w:r w:rsidRPr="00A87C18">
        <w:rPr>
          <w:rFonts w:ascii="Times New Roman" w:eastAsia="Times New Roman" w:hAnsi="Times New Roman" w:cs="Times New Roman"/>
          <w:sz w:val="28"/>
          <w:lang w:val="vi-VN"/>
        </w:rPr>
        <w:t>.</w:t>
      </w:r>
    </w:p>
    <w:p w14:paraId="76FB0763" w14:textId="77777777" w:rsidR="006E0B97" w:rsidRDefault="006E0B97">
      <w:pPr>
        <w:adjustRightInd w:val="0"/>
        <w:snapToGrid w:val="0"/>
        <w:spacing w:after="120" w:line="288" w:lineRule="auto"/>
        <w:ind w:firstLine="567"/>
        <w:jc w:val="both"/>
        <w:rPr>
          <w:rFonts w:ascii="Times New Roman" w:eastAsia="Times New Roman" w:hAnsi="Times New Roman" w:cs="Times New Roman"/>
          <w:sz w:val="28"/>
          <w:lang w:val="vi-VN"/>
        </w:rPr>
      </w:pPr>
    </w:p>
    <w:p w14:paraId="4116B95B" w14:textId="6AB9DA5D" w:rsidR="00840656" w:rsidRPr="00BD5123" w:rsidRDefault="00BD5123">
      <w:pPr>
        <w:adjustRightInd w:val="0"/>
        <w:snapToGrid w:val="0"/>
        <w:spacing w:after="120" w:line="288" w:lineRule="auto"/>
        <w:ind w:firstLine="567"/>
        <w:jc w:val="both"/>
        <w:rPr>
          <w:lang w:val="vi-VN"/>
        </w:rPr>
      </w:pPr>
      <w:r w:rsidRPr="00A87C18">
        <w:rPr>
          <w:rFonts w:ascii="Times New Roman" w:eastAsia="Times New Roman" w:hAnsi="Times New Roman" w:cs="Times New Roman"/>
          <w:sz w:val="28"/>
          <w:lang w:val="vi-VN"/>
        </w:rPr>
        <w:t>Thực</w:t>
      </w:r>
      <w:r>
        <w:rPr>
          <w:rFonts w:ascii="Times New Roman" w:eastAsia="Times New Roman" w:hAnsi="Times New Roman" w:cs="Times New Roman"/>
          <w:sz w:val="28"/>
          <w:lang w:val="vi-VN"/>
        </w:rPr>
        <w:t xml:space="preserve"> hiện </w:t>
      </w:r>
      <w:r w:rsidR="00652F6B">
        <w:rPr>
          <w:rFonts w:ascii="Times New Roman" w:eastAsia="Times New Roman" w:hAnsi="Times New Roman" w:cs="Times New Roman"/>
          <w:sz w:val="28"/>
          <w:lang w:val="vi-VN"/>
        </w:rPr>
        <w:t>K</w:t>
      </w:r>
      <w:r>
        <w:rPr>
          <w:rFonts w:ascii="Times New Roman" w:eastAsia="Times New Roman" w:hAnsi="Times New Roman" w:cs="Times New Roman"/>
          <w:sz w:val="28"/>
          <w:lang w:val="vi-VN"/>
        </w:rPr>
        <w:t xml:space="preserve">ế hoạch số 206/KH- UBND xã Thuận Lợi ngày 02 tháng 06 năm 2026 Phòng chống bệnh sốt xuất huyết Dengue trên địa bàn xã Thuận Lợi, </w:t>
      </w:r>
    </w:p>
    <w:p w14:paraId="1FD1C1C9" w14:textId="372A3423" w:rsidR="00840656" w:rsidRDefault="00000000">
      <w:pPr>
        <w:adjustRightInd w:val="0"/>
        <w:snapToGrid w:val="0"/>
        <w:spacing w:after="120" w:line="288" w:lineRule="auto"/>
        <w:ind w:firstLine="567"/>
        <w:jc w:val="both"/>
        <w:rPr>
          <w:rFonts w:ascii="Times New Roman" w:eastAsia="Times New Roman" w:hAnsi="Times New Roman" w:cs="Times New Roman"/>
          <w:sz w:val="28"/>
          <w:lang w:val="vi-VN"/>
        </w:rPr>
      </w:pPr>
      <w:r w:rsidRPr="00BD5123">
        <w:rPr>
          <w:rFonts w:ascii="Times New Roman" w:eastAsia="Times New Roman" w:hAnsi="Times New Roman" w:cs="Times New Roman"/>
          <w:sz w:val="28"/>
          <w:lang w:val="vi-VN"/>
        </w:rPr>
        <w:t xml:space="preserve">Thực hiện </w:t>
      </w:r>
      <w:r w:rsidR="006E0B97">
        <w:rPr>
          <w:rFonts w:ascii="Times New Roman" w:eastAsia="Times New Roman" w:hAnsi="Times New Roman" w:cs="Times New Roman"/>
          <w:sz w:val="28"/>
          <w:lang w:val="vi-VN"/>
        </w:rPr>
        <w:t>K</w:t>
      </w:r>
      <w:r w:rsidR="00652F6B">
        <w:rPr>
          <w:rFonts w:ascii="Times New Roman" w:eastAsia="Times New Roman" w:hAnsi="Times New Roman" w:cs="Times New Roman"/>
          <w:sz w:val="28"/>
          <w:lang w:val="vi-VN"/>
        </w:rPr>
        <w:t xml:space="preserve">ế hoạch 123 KH/TYT ngày 17 tháng 08 năm 2026 </w:t>
      </w:r>
      <w:r w:rsidR="006E0B97">
        <w:rPr>
          <w:rFonts w:ascii="Times New Roman" w:eastAsia="Times New Roman" w:hAnsi="Times New Roman" w:cs="Times New Roman"/>
          <w:sz w:val="28"/>
          <w:lang w:val="vi-VN"/>
        </w:rPr>
        <w:t>T</w:t>
      </w:r>
      <w:r w:rsidR="00652F6B">
        <w:rPr>
          <w:rFonts w:ascii="Times New Roman" w:eastAsia="Times New Roman" w:hAnsi="Times New Roman" w:cs="Times New Roman"/>
          <w:sz w:val="28"/>
          <w:lang w:val="vi-VN"/>
        </w:rPr>
        <w:t xml:space="preserve">riển khai chiến dịch diệt loăng quăng, vệ sinh môi trường trên địa bàn xã Thuận Lợi, </w:t>
      </w:r>
    </w:p>
    <w:p w14:paraId="4EF6B0C9" w14:textId="7B61B318" w:rsidR="006E0B97" w:rsidRPr="00BD5123" w:rsidRDefault="006E0B97">
      <w:pPr>
        <w:adjustRightInd w:val="0"/>
        <w:snapToGrid w:val="0"/>
        <w:spacing w:after="120" w:line="288" w:lineRule="auto"/>
        <w:ind w:firstLine="567"/>
        <w:jc w:val="both"/>
        <w:rPr>
          <w:lang w:val="vi-VN"/>
        </w:rPr>
      </w:pPr>
      <w:r>
        <w:rPr>
          <w:rFonts w:ascii="Times New Roman" w:eastAsia="Times New Roman" w:hAnsi="Times New Roman" w:cs="Times New Roman"/>
          <w:sz w:val="28"/>
          <w:lang w:val="vi-VN"/>
        </w:rPr>
        <w:t>Thực hiện công văn 1622/UBND-VX ngày 18 tháng 08 nam 2026 về việc triển khai thực hiện công tác phòng chống dịch bệnh sốt xuất huyết trên địa bàn xã,</w:t>
      </w:r>
    </w:p>
    <w:p w14:paraId="2CB9B948" w14:textId="2064965B" w:rsidR="00840656" w:rsidRPr="00652F6B" w:rsidRDefault="00000000">
      <w:pPr>
        <w:adjustRightInd w:val="0"/>
        <w:snapToGrid w:val="0"/>
        <w:spacing w:after="120" w:line="288" w:lineRule="auto"/>
        <w:ind w:firstLine="567"/>
        <w:jc w:val="both"/>
        <w:rPr>
          <w:lang w:val="vi-VN"/>
        </w:rPr>
      </w:pPr>
      <w:r w:rsidRPr="00652F6B">
        <w:rPr>
          <w:rFonts w:ascii="Times New Roman" w:eastAsia="Times New Roman" w:hAnsi="Times New Roman" w:cs="Times New Roman"/>
          <w:sz w:val="28"/>
          <w:lang w:val="vi-VN"/>
        </w:rPr>
        <w:t>Trạm Y tế xã</w:t>
      </w:r>
      <w:r w:rsidR="00202375">
        <w:rPr>
          <w:rFonts w:ascii="Times New Roman" w:eastAsia="Times New Roman" w:hAnsi="Times New Roman" w:cs="Times New Roman"/>
          <w:sz w:val="28"/>
          <w:lang w:val="vi-VN"/>
        </w:rPr>
        <w:t xml:space="preserve"> Thuận Lợi</w:t>
      </w:r>
      <w:r w:rsidRPr="00652F6B">
        <w:rPr>
          <w:rFonts w:ascii="Times New Roman" w:eastAsia="Times New Roman" w:hAnsi="Times New Roman" w:cs="Times New Roman"/>
          <w:sz w:val="28"/>
          <w:lang w:val="vi-VN"/>
        </w:rPr>
        <w:t xml:space="preserve"> xin lập báo cáo sơ bộ kết quả</w:t>
      </w:r>
      <w:r w:rsidR="006E0B97">
        <w:rPr>
          <w:rFonts w:ascii="Times New Roman" w:eastAsia="Times New Roman" w:hAnsi="Times New Roman" w:cs="Times New Roman"/>
          <w:sz w:val="28"/>
          <w:lang w:val="vi-VN"/>
        </w:rPr>
        <w:t xml:space="preserve"> tình hình dịch bệnh và</w:t>
      </w:r>
      <w:r w:rsidRPr="00652F6B">
        <w:rPr>
          <w:rFonts w:ascii="Times New Roman" w:eastAsia="Times New Roman" w:hAnsi="Times New Roman" w:cs="Times New Roman"/>
          <w:sz w:val="28"/>
          <w:lang w:val="vi-VN"/>
        </w:rPr>
        <w:t xml:space="preserve"> </w:t>
      </w:r>
      <w:r w:rsidR="00202375">
        <w:rPr>
          <w:rFonts w:ascii="Times New Roman" w:eastAsia="Times New Roman" w:hAnsi="Times New Roman" w:cs="Times New Roman"/>
          <w:sz w:val="28"/>
          <w:lang w:val="vi-VN"/>
        </w:rPr>
        <w:t>T</w:t>
      </w:r>
      <w:r w:rsidRPr="00652F6B">
        <w:rPr>
          <w:rFonts w:ascii="Times New Roman" w:eastAsia="Times New Roman" w:hAnsi="Times New Roman" w:cs="Times New Roman"/>
          <w:sz w:val="28"/>
          <w:lang w:val="vi-VN"/>
        </w:rPr>
        <w:t>riển khai Chiến dịch tổng vệ sinh môi trường, diệt lăng quăng tuần 37 như sau:</w:t>
      </w:r>
    </w:p>
    <w:p w14:paraId="6C05D014" w14:textId="77777777" w:rsidR="00840656" w:rsidRPr="00A87C18" w:rsidRDefault="00000000">
      <w:pPr>
        <w:spacing w:before="120" w:after="120" w:line="288" w:lineRule="auto"/>
        <w:ind w:firstLine="567"/>
        <w:rPr>
          <w:lang w:val="vi-VN"/>
        </w:rPr>
      </w:pPr>
      <w:r w:rsidRPr="00A87C18">
        <w:rPr>
          <w:rFonts w:ascii="Times New Roman" w:eastAsia="Times New Roman" w:hAnsi="Times New Roman" w:cs="Times New Roman"/>
          <w:b/>
          <w:sz w:val="28"/>
          <w:lang w:val="vi-VN"/>
        </w:rPr>
        <w:t>I. TÌNH HÌNH DỊCH BỆNH</w:t>
      </w:r>
    </w:p>
    <w:p w14:paraId="360C6FB3" w14:textId="77777777" w:rsidR="00840656" w:rsidRPr="00A87C18" w:rsidRDefault="00000000">
      <w:pPr>
        <w:adjustRightInd w:val="0"/>
        <w:snapToGrid w:val="0"/>
        <w:spacing w:after="120" w:line="288" w:lineRule="auto"/>
        <w:ind w:firstLine="567"/>
        <w:jc w:val="both"/>
        <w:rPr>
          <w:lang w:val="vi-VN"/>
        </w:rPr>
      </w:pPr>
      <w:r w:rsidRPr="00A87C18">
        <w:rPr>
          <w:rFonts w:ascii="Times New Roman" w:eastAsia="Times New Roman" w:hAnsi="Times New Roman" w:cs="Times New Roman"/>
          <w:b/>
          <w:sz w:val="28"/>
          <w:lang w:val="vi-VN"/>
        </w:rPr>
        <w:t>1. Tình hình ca bệnh</w:t>
      </w:r>
    </w:p>
    <w:tbl>
      <w:tblPr>
        <w:tblW w:w="90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4"/>
        <w:gridCol w:w="1477"/>
        <w:gridCol w:w="1444"/>
        <w:gridCol w:w="1368"/>
        <w:gridCol w:w="1209"/>
        <w:gridCol w:w="1429"/>
        <w:gridCol w:w="1380"/>
      </w:tblGrid>
      <w:tr w:rsidR="00AA2CE5" w14:paraId="37E9DE7F" w14:textId="2FBBF048" w:rsidTr="00AA2CE5">
        <w:tc>
          <w:tcPr>
            <w:tcW w:w="754" w:type="dxa"/>
          </w:tcPr>
          <w:p w14:paraId="1625F72D" w14:textId="77777777" w:rsidR="00AA2CE5" w:rsidRDefault="00AA2CE5">
            <w:pPr>
              <w:spacing w:after="0" w:line="240" w:lineRule="auto"/>
              <w:jc w:val="center"/>
            </w:pPr>
            <w:r>
              <w:rPr>
                <w:rFonts w:ascii="Times New Roman" w:eastAsia="Times New Roman" w:hAnsi="Times New Roman" w:cs="Times New Roman"/>
                <w:b/>
                <w:sz w:val="28"/>
              </w:rPr>
              <w:t>STT</w:t>
            </w:r>
          </w:p>
        </w:tc>
        <w:tc>
          <w:tcPr>
            <w:tcW w:w="1477" w:type="dxa"/>
          </w:tcPr>
          <w:p w14:paraId="49884852" w14:textId="5B636358" w:rsidR="00AA2CE5" w:rsidRPr="00652F6B" w:rsidRDefault="00AA2CE5">
            <w:pPr>
              <w:spacing w:after="0" w:line="240" w:lineRule="auto"/>
              <w:jc w:val="center"/>
              <w:rPr>
                <w:lang w:val="vi-VN"/>
              </w:rPr>
            </w:pPr>
            <w:r>
              <w:rPr>
                <w:rFonts w:ascii="Times New Roman" w:eastAsia="Times New Roman" w:hAnsi="Times New Roman" w:cs="Times New Roman"/>
                <w:b/>
                <w:sz w:val="28"/>
              </w:rPr>
              <w:t>Ấp</w:t>
            </w:r>
            <w:r>
              <w:rPr>
                <w:rFonts w:ascii="Times New Roman" w:eastAsia="Times New Roman" w:hAnsi="Times New Roman" w:cs="Times New Roman"/>
                <w:b/>
                <w:sz w:val="28"/>
                <w:lang w:val="vi-VN"/>
              </w:rPr>
              <w:t xml:space="preserve"> </w:t>
            </w:r>
          </w:p>
        </w:tc>
        <w:tc>
          <w:tcPr>
            <w:tcW w:w="1444" w:type="dxa"/>
          </w:tcPr>
          <w:p w14:paraId="0C4B5CDD" w14:textId="0EC9B4E6" w:rsidR="00AA2CE5" w:rsidRPr="00BF5112" w:rsidRDefault="00AA2CE5">
            <w:pPr>
              <w:spacing w:after="0" w:line="240" w:lineRule="auto"/>
              <w:jc w:val="center"/>
              <w:rPr>
                <w:lang w:val="vi-VN"/>
              </w:rPr>
            </w:pPr>
            <w:r>
              <w:rPr>
                <w:rFonts w:ascii="Times New Roman" w:eastAsia="Times New Roman" w:hAnsi="Times New Roman" w:cs="Times New Roman"/>
                <w:b/>
                <w:sz w:val="28"/>
              </w:rPr>
              <w:t>Tổng</w:t>
            </w:r>
            <w:r>
              <w:rPr>
                <w:rFonts w:ascii="Times New Roman" w:eastAsia="Times New Roman" w:hAnsi="Times New Roman" w:cs="Times New Roman"/>
                <w:b/>
                <w:sz w:val="28"/>
                <w:lang w:val="vi-VN"/>
              </w:rPr>
              <w:t xml:space="preserve"> số ca 8 tháng năm 2026  </w:t>
            </w:r>
          </w:p>
        </w:tc>
        <w:tc>
          <w:tcPr>
            <w:tcW w:w="1368" w:type="dxa"/>
          </w:tcPr>
          <w:p w14:paraId="3EFE8C62" w14:textId="77777777" w:rsidR="00AA2CE5" w:rsidRDefault="00AA2CE5">
            <w:pPr>
              <w:spacing w:after="0" w:line="240" w:lineRule="auto"/>
              <w:jc w:val="center"/>
            </w:pPr>
            <w:r>
              <w:rPr>
                <w:rFonts w:ascii="Times New Roman" w:eastAsia="Times New Roman" w:hAnsi="Times New Roman" w:cs="Times New Roman"/>
                <w:b/>
                <w:sz w:val="28"/>
              </w:rPr>
              <w:t>Số ca đến 13/9/2026</w:t>
            </w:r>
          </w:p>
        </w:tc>
        <w:tc>
          <w:tcPr>
            <w:tcW w:w="1209" w:type="dxa"/>
          </w:tcPr>
          <w:p w14:paraId="465C5302" w14:textId="023C38D1" w:rsidR="00AA2CE5" w:rsidRPr="00BF5112" w:rsidRDefault="00AA2CE5">
            <w:pPr>
              <w:spacing w:after="0" w:line="240" w:lineRule="auto"/>
              <w:jc w:val="center"/>
              <w:rPr>
                <w:lang w:val="vi-VN"/>
              </w:rPr>
            </w:pPr>
            <w:r>
              <w:rPr>
                <w:rFonts w:ascii="Times New Roman" w:eastAsia="Times New Roman" w:hAnsi="Times New Roman" w:cs="Times New Roman"/>
                <w:b/>
                <w:sz w:val="28"/>
              </w:rPr>
              <w:t>Số</w:t>
            </w:r>
            <w:r>
              <w:rPr>
                <w:rFonts w:ascii="Times New Roman" w:eastAsia="Times New Roman" w:hAnsi="Times New Roman" w:cs="Times New Roman"/>
                <w:b/>
                <w:sz w:val="28"/>
                <w:lang w:val="vi-VN"/>
              </w:rPr>
              <w:t xml:space="preserve"> ca mắc trong tuần 37  </w:t>
            </w:r>
          </w:p>
        </w:tc>
        <w:tc>
          <w:tcPr>
            <w:tcW w:w="1429" w:type="dxa"/>
          </w:tcPr>
          <w:p w14:paraId="5EE95189" w14:textId="150ADBE4" w:rsidR="00AA2CE5" w:rsidRPr="00AA2CE5" w:rsidRDefault="00AA2CE5">
            <w:pPr>
              <w:spacing w:after="0" w:line="240" w:lineRule="auto"/>
              <w:jc w:val="center"/>
              <w:rPr>
                <w:lang w:val="vi-VN"/>
              </w:rPr>
            </w:pPr>
            <w:r w:rsidRPr="00AA2CE5">
              <w:rPr>
                <w:rFonts w:ascii="Times New Roman" w:eastAsia="Times New Roman" w:hAnsi="Times New Roman" w:cs="Times New Roman"/>
                <w:b/>
                <w:sz w:val="28"/>
                <w:lang w:val="vi-VN"/>
              </w:rPr>
              <w:t>Số</w:t>
            </w:r>
            <w:r>
              <w:rPr>
                <w:rFonts w:ascii="Times New Roman" w:eastAsia="Times New Roman" w:hAnsi="Times New Roman" w:cs="Times New Roman"/>
                <w:b/>
                <w:sz w:val="28"/>
                <w:lang w:val="vi-VN"/>
              </w:rPr>
              <w:t xml:space="preserve"> ca mắc 8 tháng  năm 2025 </w:t>
            </w:r>
          </w:p>
        </w:tc>
        <w:tc>
          <w:tcPr>
            <w:tcW w:w="1380" w:type="dxa"/>
          </w:tcPr>
          <w:p w14:paraId="57FDBAAB" w14:textId="11ED010B" w:rsidR="00AA2CE5" w:rsidRPr="00AA2CE5" w:rsidRDefault="00AA2CE5">
            <w:pPr>
              <w:spacing w:after="0" w:line="240" w:lineRule="auto"/>
              <w:jc w:val="center"/>
              <w:rPr>
                <w:rFonts w:ascii="Times New Roman" w:eastAsia="Times New Roman" w:hAnsi="Times New Roman" w:cs="Times New Roman"/>
                <w:b/>
                <w:sz w:val="28"/>
                <w:lang w:val="vi-VN"/>
              </w:rPr>
            </w:pPr>
            <w:r>
              <w:rPr>
                <w:rFonts w:ascii="Times New Roman" w:eastAsia="Times New Roman" w:hAnsi="Times New Roman" w:cs="Times New Roman"/>
                <w:b/>
                <w:sz w:val="28"/>
              </w:rPr>
              <w:t>Nhân</w:t>
            </w:r>
            <w:r>
              <w:rPr>
                <w:rFonts w:ascii="Times New Roman" w:eastAsia="Times New Roman" w:hAnsi="Times New Roman" w:cs="Times New Roman"/>
                <w:b/>
                <w:sz w:val="28"/>
                <w:lang w:val="vi-VN"/>
              </w:rPr>
              <w:t xml:space="preserve"> định </w:t>
            </w:r>
          </w:p>
        </w:tc>
      </w:tr>
      <w:tr w:rsidR="00AA2CE5" w:rsidRPr="00A87C18" w14:paraId="0F146489" w14:textId="3BEF1B05" w:rsidTr="00AA2CE5">
        <w:tc>
          <w:tcPr>
            <w:tcW w:w="754" w:type="dxa"/>
          </w:tcPr>
          <w:p w14:paraId="57D0B1AE" w14:textId="4A8B3FE6" w:rsidR="00AA2CE5" w:rsidRPr="00652F6B" w:rsidRDefault="00AA2CE5" w:rsidP="00BF5112">
            <w:pPr>
              <w:spacing w:after="0" w:line="240" w:lineRule="auto"/>
              <w:jc w:val="center"/>
              <w:rPr>
                <w:lang w:val="vi-VN"/>
              </w:rPr>
            </w:pPr>
            <w:r>
              <w:rPr>
                <w:lang w:val="vi-VN"/>
              </w:rPr>
              <w:t>1</w:t>
            </w:r>
          </w:p>
        </w:tc>
        <w:tc>
          <w:tcPr>
            <w:tcW w:w="1477" w:type="dxa"/>
          </w:tcPr>
          <w:p w14:paraId="7C3D3314" w14:textId="59AC86E6" w:rsidR="00AA2CE5" w:rsidRPr="00652F6B" w:rsidRDefault="00AA2CE5" w:rsidP="00BF5112">
            <w:pPr>
              <w:spacing w:after="0" w:line="240" w:lineRule="auto"/>
              <w:jc w:val="center"/>
              <w:rPr>
                <w:lang w:val="vi-VN"/>
              </w:rPr>
            </w:pPr>
            <w:r>
              <w:rPr>
                <w:rFonts w:ascii="Times New Roman" w:eastAsia="Times New Roman" w:hAnsi="Times New Roman" w:cs="Times New Roman"/>
                <w:sz w:val="28"/>
              </w:rPr>
              <w:t>Thuận</w:t>
            </w:r>
            <w:r>
              <w:rPr>
                <w:rFonts w:ascii="Times New Roman" w:eastAsia="Times New Roman" w:hAnsi="Times New Roman" w:cs="Times New Roman"/>
                <w:sz w:val="28"/>
                <w:lang w:val="vi-VN"/>
              </w:rPr>
              <w:t xml:space="preserve"> Hòa </w:t>
            </w:r>
          </w:p>
        </w:tc>
        <w:tc>
          <w:tcPr>
            <w:tcW w:w="1444" w:type="dxa"/>
          </w:tcPr>
          <w:p w14:paraId="52DD826C" w14:textId="652F9685" w:rsidR="00AA2CE5" w:rsidRPr="00BF5112" w:rsidRDefault="00AA2CE5" w:rsidP="00BF5112">
            <w:pPr>
              <w:spacing w:after="0" w:line="240" w:lineRule="auto"/>
              <w:jc w:val="center"/>
              <w:rPr>
                <w:lang w:val="vi-VN"/>
              </w:rPr>
            </w:pPr>
            <w:r>
              <w:rPr>
                <w:rFonts w:ascii="Times New Roman" w:eastAsia="Times New Roman" w:hAnsi="Times New Roman" w:cs="Times New Roman"/>
                <w:sz w:val="28"/>
              </w:rPr>
              <w:t>31</w:t>
            </w:r>
          </w:p>
        </w:tc>
        <w:tc>
          <w:tcPr>
            <w:tcW w:w="1368" w:type="dxa"/>
          </w:tcPr>
          <w:p w14:paraId="36A41AE3" w14:textId="184F2BCD" w:rsidR="00AA2CE5" w:rsidRPr="00AA2CE5" w:rsidRDefault="00AA2CE5" w:rsidP="00BF5112">
            <w:pPr>
              <w:rPr>
                <w:rFonts w:ascii="Times New Roman" w:hAnsi="Times New Roman" w:cs="Times New Roman"/>
                <w:sz w:val="28"/>
                <w:szCs w:val="28"/>
              </w:rPr>
            </w:pPr>
            <w:r w:rsidRPr="00AA2CE5">
              <w:rPr>
                <w:rFonts w:ascii="Times New Roman" w:hAnsi="Times New Roman" w:cs="Times New Roman"/>
                <w:sz w:val="28"/>
                <w:szCs w:val="28"/>
              </w:rPr>
              <w:t>35</w:t>
            </w:r>
          </w:p>
        </w:tc>
        <w:tc>
          <w:tcPr>
            <w:tcW w:w="1209" w:type="dxa"/>
          </w:tcPr>
          <w:p w14:paraId="50A840F1" w14:textId="320F7471" w:rsidR="00AA2CE5" w:rsidRPr="00AA2CE5" w:rsidRDefault="00AA2CE5" w:rsidP="00BF5112">
            <w:pPr>
              <w:rPr>
                <w:rFonts w:ascii="Times New Roman" w:hAnsi="Times New Roman" w:cs="Times New Roman"/>
                <w:sz w:val="28"/>
                <w:szCs w:val="28"/>
              </w:rPr>
            </w:pPr>
            <w:r w:rsidRPr="00AA2CE5">
              <w:rPr>
                <w:rFonts w:ascii="Times New Roman" w:hAnsi="Times New Roman" w:cs="Times New Roman"/>
                <w:sz w:val="28"/>
                <w:szCs w:val="28"/>
              </w:rPr>
              <w:t>2</w:t>
            </w:r>
          </w:p>
        </w:tc>
        <w:tc>
          <w:tcPr>
            <w:tcW w:w="1429" w:type="dxa"/>
            <w:vMerge w:val="restart"/>
          </w:tcPr>
          <w:p w14:paraId="62A6FBC8" w14:textId="77777777" w:rsidR="00AA2CE5" w:rsidRDefault="00AA2CE5" w:rsidP="00AA2CE5">
            <w:pPr>
              <w:jc w:val="center"/>
              <w:rPr>
                <w:lang w:val="vi-VN"/>
              </w:rPr>
            </w:pPr>
          </w:p>
          <w:p w14:paraId="563017B6" w14:textId="77777777" w:rsidR="00AA2CE5" w:rsidRDefault="00AA2CE5" w:rsidP="00AA2CE5">
            <w:pPr>
              <w:jc w:val="center"/>
              <w:rPr>
                <w:lang w:val="vi-VN"/>
              </w:rPr>
            </w:pPr>
          </w:p>
          <w:p w14:paraId="475D49A9" w14:textId="77777777" w:rsidR="00AA2CE5" w:rsidRDefault="00AA2CE5" w:rsidP="00AA2CE5">
            <w:pPr>
              <w:jc w:val="center"/>
              <w:rPr>
                <w:lang w:val="vi-VN"/>
              </w:rPr>
            </w:pPr>
          </w:p>
          <w:p w14:paraId="61D04C85" w14:textId="0E0A975B" w:rsidR="00AA2CE5" w:rsidRPr="00AA2CE5" w:rsidRDefault="00AA2CE5" w:rsidP="00AA2CE5">
            <w:pPr>
              <w:jc w:val="center"/>
              <w:rPr>
                <w:lang w:val="vi-VN"/>
              </w:rPr>
            </w:pPr>
            <w:r>
              <w:t>30</w:t>
            </w:r>
            <w:r>
              <w:rPr>
                <w:lang w:val="vi-VN"/>
              </w:rPr>
              <w:t xml:space="preserve"> ca</w:t>
            </w:r>
          </w:p>
        </w:tc>
        <w:tc>
          <w:tcPr>
            <w:tcW w:w="1380" w:type="dxa"/>
            <w:vMerge w:val="restart"/>
          </w:tcPr>
          <w:p w14:paraId="5EEC740B" w14:textId="55B12661" w:rsidR="00AA2CE5" w:rsidRPr="00AA2CE5" w:rsidRDefault="00AA2CE5" w:rsidP="00BF5112">
            <w:pPr>
              <w:rPr>
                <w:rFonts w:ascii="Times New Roman" w:hAnsi="Times New Roman" w:cs="Times New Roman"/>
                <w:sz w:val="28"/>
                <w:szCs w:val="28"/>
                <w:lang w:val="vi-VN"/>
              </w:rPr>
            </w:pPr>
            <w:r w:rsidRPr="00AA2CE5">
              <w:rPr>
                <w:rFonts w:ascii="Times New Roman" w:hAnsi="Times New Roman" w:cs="Times New Roman"/>
                <w:sz w:val="28"/>
                <w:szCs w:val="28"/>
                <w:lang w:val="vi-VN"/>
              </w:rPr>
              <w:lastRenderedPageBreak/>
              <w:t xml:space="preserve">8 tháng đầu  năm 2026  107 ca tăng </w:t>
            </w:r>
            <w:r w:rsidR="00D429D6">
              <w:rPr>
                <w:rFonts w:ascii="Times New Roman" w:hAnsi="Times New Roman" w:cs="Times New Roman"/>
                <w:sz w:val="28"/>
                <w:szCs w:val="28"/>
                <w:lang w:val="vi-VN"/>
              </w:rPr>
              <w:t>77 ca</w:t>
            </w:r>
            <w:r w:rsidRPr="00AA2CE5">
              <w:rPr>
                <w:rFonts w:ascii="Times New Roman" w:hAnsi="Times New Roman" w:cs="Times New Roman"/>
                <w:sz w:val="28"/>
                <w:szCs w:val="28"/>
                <w:lang w:val="vi-VN"/>
              </w:rPr>
              <w:t xml:space="preserve"> so với 8 tháng  năm 2025  </w:t>
            </w:r>
          </w:p>
        </w:tc>
      </w:tr>
      <w:tr w:rsidR="00AA2CE5" w14:paraId="6F515284" w14:textId="302CB30C" w:rsidTr="00AA2CE5">
        <w:tc>
          <w:tcPr>
            <w:tcW w:w="754" w:type="dxa"/>
          </w:tcPr>
          <w:p w14:paraId="6BB1A8B1" w14:textId="618CA661" w:rsidR="00AA2CE5" w:rsidRDefault="00AA2CE5" w:rsidP="00BF5112">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2</w:t>
            </w:r>
          </w:p>
        </w:tc>
        <w:tc>
          <w:tcPr>
            <w:tcW w:w="1477" w:type="dxa"/>
          </w:tcPr>
          <w:p w14:paraId="19A17A80" w14:textId="7EE9A293" w:rsidR="00AA2CE5" w:rsidRPr="00652F6B" w:rsidRDefault="00AA2CE5" w:rsidP="00BF5112">
            <w:pPr>
              <w:spacing w:after="0" w:line="240" w:lineRule="auto"/>
              <w:jc w:val="center"/>
              <w:rPr>
                <w:rFonts w:ascii="Times New Roman" w:eastAsia="Times New Roman" w:hAnsi="Times New Roman" w:cs="Times New Roman"/>
                <w:sz w:val="28"/>
                <w:lang w:val="vi-VN"/>
              </w:rPr>
            </w:pPr>
            <w:r>
              <w:rPr>
                <w:rFonts w:ascii="Times New Roman" w:eastAsia="Times New Roman" w:hAnsi="Times New Roman" w:cs="Times New Roman"/>
                <w:sz w:val="28"/>
              </w:rPr>
              <w:t>Thuận</w:t>
            </w:r>
            <w:r>
              <w:rPr>
                <w:rFonts w:ascii="Times New Roman" w:eastAsia="Times New Roman" w:hAnsi="Times New Roman" w:cs="Times New Roman"/>
                <w:sz w:val="28"/>
                <w:lang w:val="vi-VN"/>
              </w:rPr>
              <w:t xml:space="preserve"> Hải </w:t>
            </w:r>
          </w:p>
        </w:tc>
        <w:tc>
          <w:tcPr>
            <w:tcW w:w="1444" w:type="dxa"/>
          </w:tcPr>
          <w:p w14:paraId="62E53F10" w14:textId="1FF93F7E" w:rsidR="00AA2CE5" w:rsidRPr="00BF5112" w:rsidRDefault="00AA2CE5" w:rsidP="00BF5112">
            <w:pPr>
              <w:spacing w:after="0" w:line="240" w:lineRule="auto"/>
              <w:jc w:val="center"/>
              <w:rPr>
                <w:rFonts w:ascii="Times New Roman" w:eastAsia="Times New Roman" w:hAnsi="Times New Roman" w:cs="Times New Roman"/>
                <w:sz w:val="28"/>
                <w:lang w:val="vi-VN"/>
              </w:rPr>
            </w:pPr>
            <w:r>
              <w:rPr>
                <w:rFonts w:ascii="Times New Roman" w:eastAsia="Times New Roman" w:hAnsi="Times New Roman" w:cs="Times New Roman"/>
                <w:sz w:val="28"/>
                <w:lang w:val="vi-VN"/>
              </w:rPr>
              <w:t>17</w:t>
            </w:r>
          </w:p>
        </w:tc>
        <w:tc>
          <w:tcPr>
            <w:tcW w:w="1368" w:type="dxa"/>
          </w:tcPr>
          <w:p w14:paraId="4C6EED7E" w14:textId="30500495" w:rsidR="00AA2CE5" w:rsidRPr="00AA2CE5" w:rsidRDefault="00AA2CE5" w:rsidP="00BF5112">
            <w:pPr>
              <w:rPr>
                <w:rFonts w:ascii="Times New Roman" w:hAnsi="Times New Roman" w:cs="Times New Roman"/>
                <w:sz w:val="28"/>
                <w:szCs w:val="28"/>
              </w:rPr>
            </w:pPr>
            <w:r w:rsidRPr="00AA2CE5">
              <w:rPr>
                <w:rFonts w:ascii="Times New Roman" w:hAnsi="Times New Roman" w:cs="Times New Roman"/>
                <w:sz w:val="28"/>
                <w:szCs w:val="28"/>
              </w:rPr>
              <w:t>23</w:t>
            </w:r>
          </w:p>
        </w:tc>
        <w:tc>
          <w:tcPr>
            <w:tcW w:w="1209" w:type="dxa"/>
          </w:tcPr>
          <w:p w14:paraId="5699D669" w14:textId="5FCA94CB" w:rsidR="00AA2CE5" w:rsidRPr="00AA2CE5" w:rsidRDefault="00AA2CE5" w:rsidP="00BF5112">
            <w:pPr>
              <w:rPr>
                <w:rFonts w:ascii="Times New Roman" w:hAnsi="Times New Roman" w:cs="Times New Roman"/>
                <w:sz w:val="28"/>
                <w:szCs w:val="28"/>
              </w:rPr>
            </w:pPr>
            <w:r w:rsidRPr="00AA2CE5">
              <w:rPr>
                <w:rFonts w:ascii="Times New Roman" w:hAnsi="Times New Roman" w:cs="Times New Roman"/>
                <w:sz w:val="28"/>
                <w:szCs w:val="28"/>
              </w:rPr>
              <w:t>2</w:t>
            </w:r>
          </w:p>
        </w:tc>
        <w:tc>
          <w:tcPr>
            <w:tcW w:w="1429" w:type="dxa"/>
            <w:vMerge/>
          </w:tcPr>
          <w:p w14:paraId="66C3599A" w14:textId="77777777" w:rsidR="00AA2CE5" w:rsidRDefault="00AA2CE5" w:rsidP="00BF5112"/>
        </w:tc>
        <w:tc>
          <w:tcPr>
            <w:tcW w:w="1380" w:type="dxa"/>
            <w:vMerge/>
          </w:tcPr>
          <w:p w14:paraId="3DDDA029" w14:textId="77777777" w:rsidR="00AA2CE5" w:rsidRDefault="00AA2CE5" w:rsidP="00BF5112"/>
        </w:tc>
      </w:tr>
      <w:tr w:rsidR="00AA2CE5" w14:paraId="66E4920D" w14:textId="7A5625B3" w:rsidTr="00AA2CE5">
        <w:tc>
          <w:tcPr>
            <w:tcW w:w="754" w:type="dxa"/>
          </w:tcPr>
          <w:p w14:paraId="79F08A77" w14:textId="7C1C368F" w:rsidR="00AA2CE5" w:rsidRDefault="00AA2CE5" w:rsidP="00BF5112">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3</w:t>
            </w:r>
          </w:p>
        </w:tc>
        <w:tc>
          <w:tcPr>
            <w:tcW w:w="1477" w:type="dxa"/>
          </w:tcPr>
          <w:p w14:paraId="1BFCFDE1" w14:textId="7E57A9FE" w:rsidR="00AA2CE5" w:rsidRPr="00652F6B" w:rsidRDefault="00AA2CE5" w:rsidP="00BF5112">
            <w:pPr>
              <w:spacing w:after="0" w:line="240" w:lineRule="auto"/>
              <w:jc w:val="center"/>
              <w:rPr>
                <w:rFonts w:ascii="Times New Roman" w:eastAsia="Times New Roman" w:hAnsi="Times New Roman" w:cs="Times New Roman"/>
                <w:sz w:val="28"/>
                <w:lang w:val="vi-VN"/>
              </w:rPr>
            </w:pPr>
            <w:r>
              <w:rPr>
                <w:rFonts w:ascii="Times New Roman" w:eastAsia="Times New Roman" w:hAnsi="Times New Roman" w:cs="Times New Roman"/>
                <w:sz w:val="28"/>
              </w:rPr>
              <w:t>Thuận</w:t>
            </w:r>
            <w:r>
              <w:rPr>
                <w:rFonts w:ascii="Times New Roman" w:eastAsia="Times New Roman" w:hAnsi="Times New Roman" w:cs="Times New Roman"/>
                <w:sz w:val="28"/>
                <w:lang w:val="vi-VN"/>
              </w:rPr>
              <w:t xml:space="preserve"> Phú </w:t>
            </w:r>
          </w:p>
        </w:tc>
        <w:tc>
          <w:tcPr>
            <w:tcW w:w="1444" w:type="dxa"/>
          </w:tcPr>
          <w:p w14:paraId="53A463F3" w14:textId="143B6068" w:rsidR="00AA2CE5" w:rsidRPr="00BF5112" w:rsidRDefault="00AA2CE5" w:rsidP="00BF5112">
            <w:pPr>
              <w:spacing w:after="0" w:line="240" w:lineRule="auto"/>
              <w:jc w:val="center"/>
              <w:rPr>
                <w:rFonts w:ascii="Times New Roman" w:eastAsia="Times New Roman" w:hAnsi="Times New Roman" w:cs="Times New Roman"/>
                <w:sz w:val="28"/>
                <w:lang w:val="vi-VN"/>
              </w:rPr>
            </w:pPr>
            <w:r>
              <w:rPr>
                <w:rFonts w:ascii="Times New Roman" w:eastAsia="Times New Roman" w:hAnsi="Times New Roman" w:cs="Times New Roman"/>
                <w:sz w:val="28"/>
                <w:lang w:val="vi-VN"/>
              </w:rPr>
              <w:t>9</w:t>
            </w:r>
          </w:p>
        </w:tc>
        <w:tc>
          <w:tcPr>
            <w:tcW w:w="1368" w:type="dxa"/>
          </w:tcPr>
          <w:p w14:paraId="0C1CA342" w14:textId="08CC88F2" w:rsidR="00AA2CE5" w:rsidRPr="00AA2CE5" w:rsidRDefault="00AA2CE5" w:rsidP="00BF5112">
            <w:pPr>
              <w:rPr>
                <w:rFonts w:ascii="Times New Roman" w:hAnsi="Times New Roman" w:cs="Times New Roman"/>
                <w:sz w:val="28"/>
                <w:szCs w:val="28"/>
              </w:rPr>
            </w:pPr>
            <w:r w:rsidRPr="00AA2CE5">
              <w:rPr>
                <w:rFonts w:ascii="Times New Roman" w:hAnsi="Times New Roman" w:cs="Times New Roman"/>
                <w:sz w:val="28"/>
                <w:szCs w:val="28"/>
              </w:rPr>
              <w:t>11</w:t>
            </w:r>
          </w:p>
        </w:tc>
        <w:tc>
          <w:tcPr>
            <w:tcW w:w="1209" w:type="dxa"/>
          </w:tcPr>
          <w:p w14:paraId="41AFDC17" w14:textId="614CE219" w:rsidR="00AA2CE5" w:rsidRPr="00AA2CE5" w:rsidRDefault="00AA2CE5" w:rsidP="00BF5112">
            <w:pPr>
              <w:rPr>
                <w:rFonts w:ascii="Times New Roman" w:hAnsi="Times New Roman" w:cs="Times New Roman"/>
                <w:sz w:val="28"/>
                <w:szCs w:val="28"/>
              </w:rPr>
            </w:pPr>
            <w:r w:rsidRPr="00AA2CE5">
              <w:rPr>
                <w:rFonts w:ascii="Times New Roman" w:hAnsi="Times New Roman" w:cs="Times New Roman"/>
                <w:sz w:val="28"/>
                <w:szCs w:val="28"/>
              </w:rPr>
              <w:t>2</w:t>
            </w:r>
          </w:p>
        </w:tc>
        <w:tc>
          <w:tcPr>
            <w:tcW w:w="1429" w:type="dxa"/>
            <w:vMerge/>
          </w:tcPr>
          <w:p w14:paraId="129B3247" w14:textId="77777777" w:rsidR="00AA2CE5" w:rsidRDefault="00AA2CE5" w:rsidP="00BF5112"/>
        </w:tc>
        <w:tc>
          <w:tcPr>
            <w:tcW w:w="1380" w:type="dxa"/>
            <w:vMerge/>
          </w:tcPr>
          <w:p w14:paraId="55F137F1" w14:textId="77777777" w:rsidR="00AA2CE5" w:rsidRDefault="00AA2CE5" w:rsidP="00BF5112"/>
        </w:tc>
      </w:tr>
      <w:tr w:rsidR="00AA2CE5" w14:paraId="0300C0CA" w14:textId="21FBF264" w:rsidTr="00AA2CE5">
        <w:tc>
          <w:tcPr>
            <w:tcW w:w="754" w:type="dxa"/>
          </w:tcPr>
          <w:p w14:paraId="577C55DC" w14:textId="2577B608" w:rsidR="00AA2CE5" w:rsidRDefault="00AA2CE5" w:rsidP="00BF5112">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4</w:t>
            </w:r>
          </w:p>
        </w:tc>
        <w:tc>
          <w:tcPr>
            <w:tcW w:w="1477" w:type="dxa"/>
          </w:tcPr>
          <w:p w14:paraId="57F6B083" w14:textId="6DF37994" w:rsidR="00AA2CE5" w:rsidRPr="0004765B" w:rsidRDefault="00AA2CE5" w:rsidP="00BF5112">
            <w:pPr>
              <w:spacing w:after="0" w:line="240" w:lineRule="auto"/>
              <w:jc w:val="center"/>
              <w:rPr>
                <w:rFonts w:ascii="Times New Roman" w:eastAsia="Times New Roman" w:hAnsi="Times New Roman" w:cs="Times New Roman"/>
                <w:sz w:val="28"/>
                <w:lang w:val="vi-VN"/>
              </w:rPr>
            </w:pPr>
            <w:r>
              <w:rPr>
                <w:rFonts w:ascii="Times New Roman" w:eastAsia="Times New Roman" w:hAnsi="Times New Roman" w:cs="Times New Roman"/>
                <w:sz w:val="28"/>
              </w:rPr>
              <w:t>Làng</w:t>
            </w:r>
            <w:r>
              <w:rPr>
                <w:rFonts w:ascii="Times New Roman" w:eastAsia="Times New Roman" w:hAnsi="Times New Roman" w:cs="Times New Roman"/>
                <w:sz w:val="28"/>
                <w:lang w:val="vi-VN"/>
              </w:rPr>
              <w:t xml:space="preserve"> 3</w:t>
            </w:r>
          </w:p>
        </w:tc>
        <w:tc>
          <w:tcPr>
            <w:tcW w:w="1444" w:type="dxa"/>
          </w:tcPr>
          <w:p w14:paraId="2DDE7865" w14:textId="227AE25B" w:rsidR="00AA2CE5" w:rsidRPr="00BF5112" w:rsidRDefault="00AA2CE5" w:rsidP="00BF5112">
            <w:pPr>
              <w:spacing w:after="0" w:line="240" w:lineRule="auto"/>
              <w:jc w:val="center"/>
              <w:rPr>
                <w:rFonts w:ascii="Times New Roman" w:eastAsia="Times New Roman" w:hAnsi="Times New Roman" w:cs="Times New Roman"/>
                <w:sz w:val="28"/>
                <w:lang w:val="vi-VN"/>
              </w:rPr>
            </w:pPr>
            <w:r>
              <w:rPr>
                <w:rFonts w:ascii="Times New Roman" w:eastAsia="Times New Roman" w:hAnsi="Times New Roman" w:cs="Times New Roman"/>
                <w:sz w:val="28"/>
                <w:lang w:val="vi-VN"/>
              </w:rPr>
              <w:t>26</w:t>
            </w:r>
          </w:p>
        </w:tc>
        <w:tc>
          <w:tcPr>
            <w:tcW w:w="1368" w:type="dxa"/>
          </w:tcPr>
          <w:p w14:paraId="6DAF77D3" w14:textId="29AE63F6" w:rsidR="00AA2CE5" w:rsidRPr="00AA2CE5" w:rsidRDefault="00AA2CE5" w:rsidP="00BF5112">
            <w:pPr>
              <w:rPr>
                <w:rFonts w:ascii="Times New Roman" w:hAnsi="Times New Roman" w:cs="Times New Roman"/>
                <w:sz w:val="28"/>
                <w:szCs w:val="28"/>
              </w:rPr>
            </w:pPr>
            <w:r w:rsidRPr="00AA2CE5">
              <w:rPr>
                <w:rFonts w:ascii="Times New Roman" w:hAnsi="Times New Roman" w:cs="Times New Roman"/>
                <w:sz w:val="28"/>
                <w:szCs w:val="28"/>
              </w:rPr>
              <w:t>33</w:t>
            </w:r>
          </w:p>
        </w:tc>
        <w:tc>
          <w:tcPr>
            <w:tcW w:w="1209" w:type="dxa"/>
          </w:tcPr>
          <w:p w14:paraId="7F94D056" w14:textId="0C1858B1" w:rsidR="00AA2CE5" w:rsidRPr="00AA2CE5" w:rsidRDefault="00AA2CE5" w:rsidP="00BF5112">
            <w:pPr>
              <w:rPr>
                <w:rFonts w:ascii="Times New Roman" w:hAnsi="Times New Roman" w:cs="Times New Roman"/>
                <w:sz w:val="28"/>
                <w:szCs w:val="28"/>
              </w:rPr>
            </w:pPr>
            <w:r w:rsidRPr="00AA2CE5">
              <w:rPr>
                <w:rFonts w:ascii="Times New Roman" w:hAnsi="Times New Roman" w:cs="Times New Roman"/>
                <w:sz w:val="28"/>
                <w:szCs w:val="28"/>
              </w:rPr>
              <w:t>5</w:t>
            </w:r>
          </w:p>
        </w:tc>
        <w:tc>
          <w:tcPr>
            <w:tcW w:w="1429" w:type="dxa"/>
            <w:vMerge/>
          </w:tcPr>
          <w:p w14:paraId="0B0968A9" w14:textId="77777777" w:rsidR="00AA2CE5" w:rsidRDefault="00AA2CE5" w:rsidP="00BF5112"/>
        </w:tc>
        <w:tc>
          <w:tcPr>
            <w:tcW w:w="1380" w:type="dxa"/>
            <w:vMerge/>
          </w:tcPr>
          <w:p w14:paraId="598EB800" w14:textId="77777777" w:rsidR="00AA2CE5" w:rsidRDefault="00AA2CE5" w:rsidP="00BF5112"/>
        </w:tc>
      </w:tr>
      <w:tr w:rsidR="00AA2CE5" w14:paraId="21C0D064" w14:textId="5335B163" w:rsidTr="00AA2CE5">
        <w:tc>
          <w:tcPr>
            <w:tcW w:w="754" w:type="dxa"/>
          </w:tcPr>
          <w:p w14:paraId="09874BE4" w14:textId="3359ADCF" w:rsidR="00AA2CE5" w:rsidRDefault="00AA2CE5" w:rsidP="00BF5112">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5</w:t>
            </w:r>
          </w:p>
        </w:tc>
        <w:tc>
          <w:tcPr>
            <w:tcW w:w="1477" w:type="dxa"/>
          </w:tcPr>
          <w:p w14:paraId="26770FD2" w14:textId="59C2DE2A" w:rsidR="00AA2CE5" w:rsidRPr="0004765B" w:rsidRDefault="00AA2CE5" w:rsidP="00BF5112">
            <w:pPr>
              <w:spacing w:after="0" w:line="240" w:lineRule="auto"/>
              <w:jc w:val="center"/>
              <w:rPr>
                <w:rFonts w:ascii="Times New Roman" w:eastAsia="Times New Roman" w:hAnsi="Times New Roman" w:cs="Times New Roman"/>
                <w:sz w:val="28"/>
                <w:lang w:val="vi-VN"/>
              </w:rPr>
            </w:pPr>
            <w:r>
              <w:rPr>
                <w:rFonts w:ascii="Times New Roman" w:eastAsia="Times New Roman" w:hAnsi="Times New Roman" w:cs="Times New Roman"/>
                <w:sz w:val="28"/>
              </w:rPr>
              <w:t>Thuận</w:t>
            </w:r>
            <w:r>
              <w:rPr>
                <w:rFonts w:ascii="Times New Roman" w:eastAsia="Times New Roman" w:hAnsi="Times New Roman" w:cs="Times New Roman"/>
                <w:sz w:val="28"/>
                <w:lang w:val="vi-VN"/>
              </w:rPr>
              <w:t xml:space="preserve"> Thành </w:t>
            </w:r>
          </w:p>
        </w:tc>
        <w:tc>
          <w:tcPr>
            <w:tcW w:w="1444" w:type="dxa"/>
          </w:tcPr>
          <w:p w14:paraId="40A6A249" w14:textId="00C12E7F" w:rsidR="00AA2CE5" w:rsidRPr="00BF5112" w:rsidRDefault="00AA2CE5" w:rsidP="00BF5112">
            <w:pPr>
              <w:spacing w:after="0" w:line="240" w:lineRule="auto"/>
              <w:jc w:val="center"/>
              <w:rPr>
                <w:rFonts w:ascii="Times New Roman" w:eastAsia="Times New Roman" w:hAnsi="Times New Roman" w:cs="Times New Roman"/>
                <w:sz w:val="28"/>
                <w:lang w:val="vi-VN"/>
              </w:rPr>
            </w:pPr>
            <w:r>
              <w:rPr>
                <w:rFonts w:ascii="Times New Roman" w:eastAsia="Times New Roman" w:hAnsi="Times New Roman" w:cs="Times New Roman"/>
                <w:sz w:val="28"/>
                <w:lang w:val="vi-VN"/>
              </w:rPr>
              <w:t>24</w:t>
            </w:r>
          </w:p>
        </w:tc>
        <w:tc>
          <w:tcPr>
            <w:tcW w:w="1368" w:type="dxa"/>
          </w:tcPr>
          <w:p w14:paraId="6C062EF5" w14:textId="223DA91D" w:rsidR="00AA2CE5" w:rsidRPr="00AA2CE5" w:rsidRDefault="00AA2CE5" w:rsidP="00BF5112">
            <w:pPr>
              <w:rPr>
                <w:rFonts w:ascii="Times New Roman" w:hAnsi="Times New Roman" w:cs="Times New Roman"/>
                <w:sz w:val="28"/>
                <w:szCs w:val="28"/>
              </w:rPr>
            </w:pPr>
            <w:r w:rsidRPr="00AA2CE5">
              <w:rPr>
                <w:rFonts w:ascii="Times New Roman" w:hAnsi="Times New Roman" w:cs="Times New Roman"/>
                <w:sz w:val="28"/>
                <w:szCs w:val="28"/>
              </w:rPr>
              <w:t>30</w:t>
            </w:r>
          </w:p>
        </w:tc>
        <w:tc>
          <w:tcPr>
            <w:tcW w:w="1209" w:type="dxa"/>
          </w:tcPr>
          <w:p w14:paraId="4444530E" w14:textId="0A83600E" w:rsidR="00AA2CE5" w:rsidRPr="00AA2CE5" w:rsidRDefault="00AA2CE5" w:rsidP="00BF5112">
            <w:pPr>
              <w:rPr>
                <w:rFonts w:ascii="Times New Roman" w:hAnsi="Times New Roman" w:cs="Times New Roman"/>
                <w:sz w:val="28"/>
                <w:szCs w:val="28"/>
              </w:rPr>
            </w:pPr>
            <w:r w:rsidRPr="00AA2CE5">
              <w:rPr>
                <w:rFonts w:ascii="Times New Roman" w:hAnsi="Times New Roman" w:cs="Times New Roman"/>
                <w:sz w:val="28"/>
                <w:szCs w:val="28"/>
              </w:rPr>
              <w:t>2</w:t>
            </w:r>
          </w:p>
        </w:tc>
        <w:tc>
          <w:tcPr>
            <w:tcW w:w="1429" w:type="dxa"/>
            <w:vMerge/>
          </w:tcPr>
          <w:p w14:paraId="0C332937" w14:textId="77777777" w:rsidR="00AA2CE5" w:rsidRDefault="00AA2CE5" w:rsidP="00BF5112"/>
        </w:tc>
        <w:tc>
          <w:tcPr>
            <w:tcW w:w="1380" w:type="dxa"/>
            <w:vMerge/>
          </w:tcPr>
          <w:p w14:paraId="4DE3178E" w14:textId="77777777" w:rsidR="00AA2CE5" w:rsidRDefault="00AA2CE5" w:rsidP="00BF5112"/>
        </w:tc>
      </w:tr>
      <w:tr w:rsidR="00AA2CE5" w14:paraId="0A1ACE5E" w14:textId="1C0B6E57" w:rsidTr="00AA2CE5">
        <w:tc>
          <w:tcPr>
            <w:tcW w:w="754" w:type="dxa"/>
          </w:tcPr>
          <w:p w14:paraId="1C61838F" w14:textId="77777777" w:rsidR="00AA2CE5" w:rsidRDefault="00AA2CE5" w:rsidP="00BF5112">
            <w:pPr>
              <w:spacing w:after="0" w:line="240" w:lineRule="auto"/>
              <w:jc w:val="center"/>
            </w:pPr>
          </w:p>
        </w:tc>
        <w:tc>
          <w:tcPr>
            <w:tcW w:w="1477" w:type="dxa"/>
          </w:tcPr>
          <w:p w14:paraId="6400C9BB" w14:textId="77777777" w:rsidR="00AA2CE5" w:rsidRDefault="00AA2CE5" w:rsidP="00BF5112">
            <w:pPr>
              <w:spacing w:after="0" w:line="240" w:lineRule="auto"/>
              <w:jc w:val="center"/>
            </w:pPr>
            <w:r>
              <w:rPr>
                <w:rFonts w:ascii="Times New Roman" w:eastAsia="Times New Roman" w:hAnsi="Times New Roman" w:cs="Times New Roman"/>
                <w:sz w:val="28"/>
              </w:rPr>
              <w:t>TỔNG CỘNG</w:t>
            </w:r>
          </w:p>
        </w:tc>
        <w:tc>
          <w:tcPr>
            <w:tcW w:w="1444" w:type="dxa"/>
          </w:tcPr>
          <w:p w14:paraId="0D480166" w14:textId="36850B8A" w:rsidR="00AA2CE5" w:rsidRPr="00BF5112" w:rsidRDefault="00AA2CE5" w:rsidP="00BF5112">
            <w:pPr>
              <w:spacing w:after="0" w:line="240" w:lineRule="auto"/>
              <w:jc w:val="center"/>
              <w:rPr>
                <w:lang w:val="vi-VN"/>
              </w:rPr>
            </w:pPr>
            <w:r>
              <w:rPr>
                <w:rFonts w:ascii="Times New Roman" w:eastAsia="Times New Roman" w:hAnsi="Times New Roman" w:cs="Times New Roman"/>
                <w:sz w:val="28"/>
              </w:rPr>
              <w:t>107</w:t>
            </w:r>
          </w:p>
        </w:tc>
        <w:tc>
          <w:tcPr>
            <w:tcW w:w="1368" w:type="dxa"/>
          </w:tcPr>
          <w:p w14:paraId="066110EE" w14:textId="652EE38D" w:rsidR="00AA2CE5" w:rsidRPr="00AA2CE5" w:rsidRDefault="00AA2CE5" w:rsidP="00BF511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132</w:t>
            </w:r>
          </w:p>
        </w:tc>
        <w:tc>
          <w:tcPr>
            <w:tcW w:w="1209" w:type="dxa"/>
          </w:tcPr>
          <w:p w14:paraId="54D31D74" w14:textId="077A67F4" w:rsidR="00AA2CE5" w:rsidRPr="00AA2CE5" w:rsidRDefault="00AA2CE5" w:rsidP="00BF5112">
            <w:pPr>
              <w:spacing w:after="0" w:line="240" w:lineRule="auto"/>
              <w:jc w:val="center"/>
              <w:rPr>
                <w:rFonts w:ascii="Times New Roman" w:hAnsi="Times New Roman" w:cs="Times New Roman"/>
                <w:sz w:val="28"/>
                <w:szCs w:val="28"/>
              </w:rPr>
            </w:pPr>
            <w:r w:rsidRPr="00AA2CE5">
              <w:rPr>
                <w:rFonts w:ascii="Times New Roman" w:eastAsia="Times New Roman" w:hAnsi="Times New Roman" w:cs="Times New Roman"/>
                <w:sz w:val="28"/>
                <w:szCs w:val="28"/>
              </w:rPr>
              <w:t>14</w:t>
            </w:r>
          </w:p>
        </w:tc>
        <w:tc>
          <w:tcPr>
            <w:tcW w:w="1429" w:type="dxa"/>
          </w:tcPr>
          <w:p w14:paraId="421DBE50" w14:textId="5B03B5A5" w:rsidR="00AA2CE5" w:rsidRDefault="00AA2CE5" w:rsidP="00BF5112">
            <w:pPr>
              <w:spacing w:after="0" w:line="240" w:lineRule="auto"/>
              <w:jc w:val="center"/>
            </w:pPr>
            <w:r>
              <w:rPr>
                <w:rFonts w:ascii="Times New Roman" w:eastAsia="Times New Roman" w:hAnsi="Times New Roman" w:cs="Times New Roman"/>
                <w:sz w:val="28"/>
              </w:rPr>
              <w:t>30</w:t>
            </w:r>
          </w:p>
        </w:tc>
        <w:tc>
          <w:tcPr>
            <w:tcW w:w="1380" w:type="dxa"/>
          </w:tcPr>
          <w:p w14:paraId="7D94CB94" w14:textId="77777777" w:rsidR="00AA2CE5" w:rsidRDefault="00AA2CE5" w:rsidP="00BF5112">
            <w:pPr>
              <w:spacing w:after="0" w:line="240" w:lineRule="auto"/>
              <w:jc w:val="center"/>
              <w:rPr>
                <w:rFonts w:ascii="Times New Roman" w:eastAsia="Times New Roman" w:hAnsi="Times New Roman" w:cs="Times New Roman"/>
                <w:sz w:val="28"/>
              </w:rPr>
            </w:pPr>
          </w:p>
        </w:tc>
      </w:tr>
      <w:tr w:rsidR="00AA2CE5" w14:paraId="04A23CC3" w14:textId="5052F403" w:rsidTr="00AA2CE5">
        <w:tc>
          <w:tcPr>
            <w:tcW w:w="754" w:type="dxa"/>
          </w:tcPr>
          <w:p w14:paraId="416BB4AE" w14:textId="77777777" w:rsidR="00AA2CE5" w:rsidRDefault="00AA2CE5"/>
        </w:tc>
        <w:tc>
          <w:tcPr>
            <w:tcW w:w="1477" w:type="dxa"/>
          </w:tcPr>
          <w:p w14:paraId="5BFF4A74" w14:textId="77777777" w:rsidR="00AA2CE5" w:rsidRDefault="00AA2CE5"/>
        </w:tc>
        <w:tc>
          <w:tcPr>
            <w:tcW w:w="1444" w:type="dxa"/>
          </w:tcPr>
          <w:p w14:paraId="6BD83CC6" w14:textId="77777777" w:rsidR="00AA2CE5" w:rsidRDefault="00AA2CE5"/>
        </w:tc>
        <w:tc>
          <w:tcPr>
            <w:tcW w:w="1368" w:type="dxa"/>
          </w:tcPr>
          <w:p w14:paraId="0E3A8CB7" w14:textId="77777777" w:rsidR="00AA2CE5" w:rsidRDefault="00AA2CE5"/>
        </w:tc>
        <w:tc>
          <w:tcPr>
            <w:tcW w:w="1209" w:type="dxa"/>
          </w:tcPr>
          <w:p w14:paraId="7734F429" w14:textId="77777777" w:rsidR="00AA2CE5" w:rsidRDefault="00AA2CE5"/>
        </w:tc>
        <w:tc>
          <w:tcPr>
            <w:tcW w:w="1429" w:type="dxa"/>
          </w:tcPr>
          <w:p w14:paraId="4587C520" w14:textId="77777777" w:rsidR="00AA2CE5" w:rsidRDefault="00AA2CE5"/>
        </w:tc>
        <w:tc>
          <w:tcPr>
            <w:tcW w:w="1380" w:type="dxa"/>
          </w:tcPr>
          <w:p w14:paraId="1967EBB0" w14:textId="77777777" w:rsidR="00AA2CE5" w:rsidRDefault="00AA2CE5"/>
        </w:tc>
      </w:tr>
    </w:tbl>
    <w:p w14:paraId="5F01BA0A" w14:textId="77777777" w:rsidR="00840656" w:rsidRDefault="00000000">
      <w:pPr>
        <w:adjustRightInd w:val="0"/>
        <w:snapToGrid w:val="0"/>
        <w:spacing w:after="120" w:line="288" w:lineRule="auto"/>
        <w:ind w:firstLine="567"/>
        <w:jc w:val="both"/>
      </w:pPr>
      <w:r>
        <w:rPr>
          <w:rFonts w:ascii="Times New Roman" w:eastAsia="Times New Roman" w:hAnsi="Times New Roman" w:cs="Times New Roman"/>
          <w:b/>
          <w:sz w:val="28"/>
        </w:rPr>
        <w:t>Nhận xét:</w:t>
      </w:r>
    </w:p>
    <w:p w14:paraId="604AEA1F" w14:textId="618CA30E" w:rsidR="00840656" w:rsidRDefault="00000000">
      <w:pPr>
        <w:adjustRightInd w:val="0"/>
        <w:snapToGrid w:val="0"/>
        <w:spacing w:after="120" w:line="288" w:lineRule="auto"/>
        <w:ind w:firstLine="567"/>
        <w:jc w:val="both"/>
      </w:pPr>
      <w:r>
        <w:rPr>
          <w:rFonts w:ascii="Times New Roman" w:eastAsia="Times New Roman" w:hAnsi="Times New Roman" w:cs="Times New Roman"/>
          <w:sz w:val="28"/>
        </w:rPr>
        <w:t xml:space="preserve">Tính đến ngày 13/9/2026, toàn xã ghi nhận lũy tích </w:t>
      </w:r>
      <w:r w:rsidR="00AA2CE5">
        <w:rPr>
          <w:rFonts w:ascii="Times New Roman" w:eastAsia="Times New Roman" w:hAnsi="Times New Roman" w:cs="Times New Roman"/>
          <w:sz w:val="28"/>
        </w:rPr>
        <w:t>132</w:t>
      </w:r>
      <w:r>
        <w:rPr>
          <w:rFonts w:ascii="Times New Roman" w:eastAsia="Times New Roman" w:hAnsi="Times New Roman" w:cs="Times New Roman"/>
          <w:sz w:val="28"/>
        </w:rPr>
        <w:t xml:space="preserve"> ca mắc sốt xuất huyết (tăng </w:t>
      </w:r>
      <w:r w:rsidR="00AA2CE5">
        <w:rPr>
          <w:rFonts w:ascii="Times New Roman" w:eastAsia="Times New Roman" w:hAnsi="Times New Roman" w:cs="Times New Roman"/>
          <w:sz w:val="28"/>
        </w:rPr>
        <w:t>102</w:t>
      </w:r>
      <w:r>
        <w:rPr>
          <w:rFonts w:ascii="Times New Roman" w:eastAsia="Times New Roman" w:hAnsi="Times New Roman" w:cs="Times New Roman"/>
          <w:sz w:val="28"/>
        </w:rPr>
        <w:t xml:space="preserve"> ca so với cùng kỳ năm trước). Số ca mắc mới trong tuần</w:t>
      </w:r>
      <w:r w:rsidR="00704B01">
        <w:rPr>
          <w:rFonts w:ascii="Times New Roman" w:eastAsia="Times New Roman" w:hAnsi="Times New Roman" w:cs="Times New Roman"/>
          <w:sz w:val="28"/>
          <w:lang w:val="vi-VN"/>
        </w:rPr>
        <w:t xml:space="preserve"> 37</w:t>
      </w:r>
      <w:r>
        <w:rPr>
          <w:rFonts w:ascii="Times New Roman" w:eastAsia="Times New Roman" w:hAnsi="Times New Roman" w:cs="Times New Roman"/>
          <w:sz w:val="28"/>
        </w:rPr>
        <w:t xml:space="preserve"> </w:t>
      </w:r>
      <w:r w:rsidR="00704B01">
        <w:rPr>
          <w:rFonts w:ascii="Times New Roman" w:eastAsia="Times New Roman" w:hAnsi="Times New Roman" w:cs="Times New Roman"/>
          <w:sz w:val="28"/>
        </w:rPr>
        <w:t>tăng</w:t>
      </w:r>
      <w:r w:rsidR="00704B01">
        <w:rPr>
          <w:rFonts w:ascii="Times New Roman" w:eastAsia="Times New Roman" w:hAnsi="Times New Roman" w:cs="Times New Roman"/>
          <w:sz w:val="28"/>
          <w:lang w:val="vi-VN"/>
        </w:rPr>
        <w:t xml:space="preserve"> 3 ca so với tuần trước tập trung chủ yếu ấp Làng 3 (5 ca) còn lại các ấp rải rác (02 ca)</w:t>
      </w:r>
      <w:r>
        <w:rPr>
          <w:rFonts w:ascii="Times New Roman" w:eastAsia="Times New Roman" w:hAnsi="Times New Roman" w:cs="Times New Roman"/>
          <w:sz w:val="28"/>
        </w:rPr>
        <w:t>, địa phương cần tiếp tục duy trì dồn lực vãng gia diệt lăng quăng và xử lý hóa chất triệt để tại các điểm nóng này nhằm ngăn chặn dịch bùng phát.</w:t>
      </w:r>
    </w:p>
    <w:p w14:paraId="6368DE9A" w14:textId="77777777" w:rsidR="000C65D2" w:rsidRDefault="000C65D2">
      <w:pPr>
        <w:adjustRightInd w:val="0"/>
        <w:snapToGrid w:val="0"/>
        <w:spacing w:after="120" w:line="288" w:lineRule="auto"/>
        <w:ind w:firstLine="567"/>
        <w:jc w:val="both"/>
        <w:rPr>
          <w:rFonts w:ascii="Times New Roman" w:eastAsia="Times New Roman" w:hAnsi="Times New Roman" w:cs="Times New Roman"/>
          <w:b/>
          <w:sz w:val="28"/>
          <w:lang w:val="vi-VN"/>
        </w:rPr>
      </w:pPr>
    </w:p>
    <w:p w14:paraId="5DFC3B29" w14:textId="77777777" w:rsidR="00B953D4" w:rsidRDefault="00B953D4">
      <w:pPr>
        <w:adjustRightInd w:val="0"/>
        <w:snapToGrid w:val="0"/>
        <w:spacing w:after="120" w:line="288" w:lineRule="auto"/>
        <w:ind w:firstLine="567"/>
        <w:jc w:val="both"/>
        <w:rPr>
          <w:rFonts w:ascii="Times New Roman" w:eastAsia="Times New Roman" w:hAnsi="Times New Roman" w:cs="Times New Roman"/>
          <w:b/>
          <w:sz w:val="28"/>
          <w:lang w:val="vi-VN"/>
        </w:rPr>
      </w:pPr>
    </w:p>
    <w:p w14:paraId="6C9B048B" w14:textId="44373C4E" w:rsidR="00B953D4" w:rsidRDefault="00D430DC" w:rsidP="00B953D4">
      <w:pPr>
        <w:adjustRightInd w:val="0"/>
        <w:snapToGrid w:val="0"/>
        <w:spacing w:after="120" w:line="288" w:lineRule="auto"/>
        <w:ind w:firstLine="567"/>
        <w:jc w:val="both"/>
        <w:rPr>
          <w:rFonts w:ascii="Times New Roman" w:eastAsia="Times New Roman" w:hAnsi="Times New Roman" w:cs="Times New Roman"/>
          <w:b/>
          <w:sz w:val="28"/>
          <w:lang w:val="vi-VN"/>
        </w:rPr>
      </w:pPr>
      <w:r>
        <w:rPr>
          <w:noProof/>
        </w:rPr>
        <w:drawing>
          <wp:inline distT="0" distB="0" distL="0" distR="0" wp14:anchorId="16114F96" wp14:editId="37A1E623">
            <wp:extent cx="5702935" cy="2787650"/>
            <wp:effectExtent l="0" t="0" r="12065" b="12700"/>
            <wp:docPr id="1178670591" name="Chart 1">
              <a:extLst xmlns:a="http://schemas.openxmlformats.org/drawingml/2006/main">
                <a:ext uri="{FF2B5EF4-FFF2-40B4-BE49-F238E27FC236}">
                  <a16:creationId xmlns:a16="http://schemas.microsoft.com/office/drawing/2014/main" id="{FD892866-4BAA-40D0-F197-666029E258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009A766" w14:textId="28921490" w:rsidR="00B953D4" w:rsidRDefault="00470E4B">
      <w:pPr>
        <w:adjustRightInd w:val="0"/>
        <w:snapToGrid w:val="0"/>
        <w:spacing w:after="120" w:line="288" w:lineRule="auto"/>
        <w:ind w:firstLine="567"/>
        <w:jc w:val="both"/>
        <w:rPr>
          <w:rFonts w:ascii="Times New Roman" w:eastAsia="Times New Roman" w:hAnsi="Times New Roman" w:cs="Times New Roman"/>
          <w:b/>
          <w:sz w:val="28"/>
          <w:lang w:val="vi-VN"/>
        </w:rPr>
      </w:pPr>
      <w:r>
        <w:rPr>
          <w:rFonts w:ascii="Times New Roman" w:eastAsia="Times New Roman" w:hAnsi="Times New Roman" w:cs="Times New Roman"/>
          <w:b/>
          <w:sz w:val="28"/>
          <w:lang w:val="vi-VN"/>
        </w:rPr>
        <w:t>BIỂU ĐỒ BÁO</w:t>
      </w:r>
      <w:r w:rsidR="00202375">
        <w:rPr>
          <w:rFonts w:ascii="Times New Roman" w:eastAsia="Times New Roman" w:hAnsi="Times New Roman" w:cs="Times New Roman"/>
          <w:b/>
          <w:sz w:val="28"/>
          <w:lang w:val="vi-VN"/>
        </w:rPr>
        <w:t xml:space="preserve"> CÁO </w:t>
      </w:r>
      <w:r>
        <w:rPr>
          <w:rFonts w:ascii="Times New Roman" w:eastAsia="Times New Roman" w:hAnsi="Times New Roman" w:cs="Times New Roman"/>
          <w:b/>
          <w:sz w:val="28"/>
          <w:lang w:val="vi-VN"/>
        </w:rPr>
        <w:t xml:space="preserve"> DỊCH HÀNG TUẦN XÃ THUẬN LỢI </w:t>
      </w:r>
    </w:p>
    <w:p w14:paraId="350494F5" w14:textId="3F9C1F48" w:rsidR="00840656" w:rsidRPr="00C06684" w:rsidRDefault="00000000">
      <w:pPr>
        <w:adjustRightInd w:val="0"/>
        <w:snapToGrid w:val="0"/>
        <w:spacing w:after="120" w:line="288" w:lineRule="auto"/>
        <w:ind w:firstLine="567"/>
        <w:jc w:val="both"/>
        <w:rPr>
          <w:lang w:val="vi-VN"/>
        </w:rPr>
      </w:pPr>
      <w:r w:rsidRPr="00C06684">
        <w:rPr>
          <w:rFonts w:ascii="Times New Roman" w:eastAsia="Times New Roman" w:hAnsi="Times New Roman" w:cs="Times New Roman"/>
          <w:b/>
          <w:sz w:val="28"/>
          <w:lang w:val="vi-VN"/>
        </w:rPr>
        <w:t>Nhận xét:</w:t>
      </w:r>
    </w:p>
    <w:p w14:paraId="0BD351D9" w14:textId="40D80ED9" w:rsidR="00840656" w:rsidRPr="00704B01" w:rsidRDefault="00000000">
      <w:pPr>
        <w:adjustRightInd w:val="0"/>
        <w:snapToGrid w:val="0"/>
        <w:spacing w:after="120" w:line="288" w:lineRule="auto"/>
        <w:ind w:firstLine="567"/>
        <w:jc w:val="both"/>
        <w:rPr>
          <w:lang w:val="vi-VN"/>
        </w:rPr>
      </w:pPr>
      <w:r w:rsidRPr="00C06684">
        <w:rPr>
          <w:rFonts w:ascii="Times New Roman" w:eastAsia="Times New Roman" w:hAnsi="Times New Roman" w:cs="Times New Roman"/>
          <w:sz w:val="28"/>
          <w:lang w:val="vi-VN"/>
        </w:rPr>
        <w:t>Biểu đồ dịch tễ cho thấy sau khi đạt đỉnh vào tuần 35 (</w:t>
      </w:r>
      <w:r w:rsidR="00704B01" w:rsidRPr="00C06684">
        <w:rPr>
          <w:rFonts w:ascii="Times New Roman" w:eastAsia="Times New Roman" w:hAnsi="Times New Roman" w:cs="Times New Roman"/>
          <w:sz w:val="28"/>
          <w:lang w:val="vi-VN"/>
        </w:rPr>
        <w:t>17</w:t>
      </w:r>
      <w:r w:rsidRPr="00C06684">
        <w:rPr>
          <w:rFonts w:ascii="Times New Roman" w:eastAsia="Times New Roman" w:hAnsi="Times New Roman" w:cs="Times New Roman"/>
          <w:sz w:val="28"/>
          <w:lang w:val="vi-VN"/>
        </w:rPr>
        <w:t xml:space="preserve"> ca), số ca mắc mới  giảm</w:t>
      </w:r>
      <w:r w:rsidR="00470E4B">
        <w:rPr>
          <w:rFonts w:ascii="Times New Roman" w:eastAsia="Times New Roman" w:hAnsi="Times New Roman" w:cs="Times New Roman"/>
          <w:sz w:val="28"/>
          <w:lang w:val="vi-VN"/>
        </w:rPr>
        <w:t xml:space="preserve"> ỏ tuần 36, tuy nhiên đến tuần 37 lại tăng lại</w:t>
      </w:r>
      <w:r w:rsidRPr="00C06684">
        <w:rPr>
          <w:rFonts w:ascii="Times New Roman" w:eastAsia="Times New Roman" w:hAnsi="Times New Roman" w:cs="Times New Roman"/>
          <w:sz w:val="28"/>
          <w:lang w:val="vi-VN"/>
        </w:rPr>
        <w:t xml:space="preserve">, ghi nhận </w:t>
      </w:r>
      <w:r w:rsidR="00704B01" w:rsidRPr="00C06684">
        <w:rPr>
          <w:rFonts w:ascii="Times New Roman" w:eastAsia="Times New Roman" w:hAnsi="Times New Roman" w:cs="Times New Roman"/>
          <w:sz w:val="28"/>
          <w:lang w:val="vi-VN"/>
        </w:rPr>
        <w:t>11</w:t>
      </w:r>
      <w:r w:rsidRPr="00C06684">
        <w:rPr>
          <w:rFonts w:ascii="Times New Roman" w:eastAsia="Times New Roman" w:hAnsi="Times New Roman" w:cs="Times New Roman"/>
          <w:sz w:val="28"/>
          <w:lang w:val="vi-VN"/>
        </w:rPr>
        <w:t xml:space="preserve"> ca tại tuần </w:t>
      </w:r>
      <w:r w:rsidR="00704B01" w:rsidRPr="00C06684">
        <w:rPr>
          <w:rFonts w:ascii="Times New Roman" w:eastAsia="Times New Roman" w:hAnsi="Times New Roman" w:cs="Times New Roman"/>
          <w:sz w:val="28"/>
          <w:lang w:val="vi-VN"/>
        </w:rPr>
        <w:t>36</w:t>
      </w:r>
      <w:r w:rsidR="00704B01">
        <w:rPr>
          <w:rFonts w:ascii="Times New Roman" w:eastAsia="Times New Roman" w:hAnsi="Times New Roman" w:cs="Times New Roman"/>
          <w:sz w:val="28"/>
          <w:lang w:val="vi-VN"/>
        </w:rPr>
        <w:t xml:space="preserve">, 14 </w:t>
      </w:r>
      <w:r w:rsidR="00704B01">
        <w:rPr>
          <w:rFonts w:ascii="Times New Roman" w:eastAsia="Times New Roman" w:hAnsi="Times New Roman" w:cs="Times New Roman"/>
          <w:sz w:val="28"/>
          <w:lang w:val="vi-VN"/>
        </w:rPr>
        <w:lastRenderedPageBreak/>
        <w:t xml:space="preserve">ca ở tuần 37, </w:t>
      </w:r>
      <w:r w:rsidRPr="00C06684">
        <w:rPr>
          <w:rFonts w:ascii="Times New Roman" w:eastAsia="Times New Roman" w:hAnsi="Times New Roman" w:cs="Times New Roman"/>
          <w:sz w:val="28"/>
          <w:lang w:val="vi-VN"/>
        </w:rPr>
        <w:t xml:space="preserve"> Đặc biệt, đường biểu diễn số ca mắc hiện tại đã nằm i ngưỡng cảnh báo dịch (TB+2SD) và </w:t>
      </w:r>
      <w:r w:rsidR="00704B01" w:rsidRPr="00C06684">
        <w:rPr>
          <w:rFonts w:ascii="Times New Roman" w:eastAsia="Times New Roman" w:hAnsi="Times New Roman" w:cs="Times New Roman"/>
          <w:sz w:val="28"/>
          <w:lang w:val="vi-VN"/>
        </w:rPr>
        <w:t>cao</w:t>
      </w:r>
      <w:r w:rsidR="00704B01">
        <w:rPr>
          <w:rFonts w:ascii="Times New Roman" w:eastAsia="Times New Roman" w:hAnsi="Times New Roman" w:cs="Times New Roman"/>
          <w:sz w:val="28"/>
          <w:lang w:val="vi-VN"/>
        </w:rPr>
        <w:t xml:space="preserve"> </w:t>
      </w:r>
      <w:r w:rsidRPr="00C06684">
        <w:rPr>
          <w:rFonts w:ascii="Times New Roman" w:eastAsia="Times New Roman" w:hAnsi="Times New Roman" w:cs="Times New Roman"/>
          <w:sz w:val="28"/>
          <w:lang w:val="vi-VN"/>
        </w:rPr>
        <w:t xml:space="preserve">hơn cùng kỳ năm 2025. </w:t>
      </w:r>
      <w:r>
        <w:rPr>
          <w:rFonts w:ascii="Times New Roman" w:eastAsia="Times New Roman" w:hAnsi="Times New Roman" w:cs="Times New Roman"/>
          <w:sz w:val="28"/>
        </w:rPr>
        <w:t xml:space="preserve">Diễn biến này khẳng định các biện pháp khoanh vùng, can thiệp khẩn cấp thời gian qua đã phát huy hiệu quả, </w:t>
      </w:r>
      <w:r w:rsidR="00704B01">
        <w:rPr>
          <w:rFonts w:ascii="Times New Roman" w:eastAsia="Times New Roman" w:hAnsi="Times New Roman" w:cs="Times New Roman"/>
          <w:sz w:val="28"/>
        </w:rPr>
        <w:t>nhưng</w:t>
      </w:r>
      <w:r w:rsidR="00704B01">
        <w:rPr>
          <w:rFonts w:ascii="Times New Roman" w:eastAsia="Times New Roman" w:hAnsi="Times New Roman" w:cs="Times New Roman"/>
          <w:sz w:val="28"/>
          <w:lang w:val="vi-VN"/>
        </w:rPr>
        <w:t xml:space="preserve"> chưa cao, </w:t>
      </w:r>
      <w:r>
        <w:rPr>
          <w:rFonts w:ascii="Times New Roman" w:eastAsia="Times New Roman" w:hAnsi="Times New Roman" w:cs="Times New Roman"/>
          <w:sz w:val="28"/>
        </w:rPr>
        <w:t xml:space="preserve">Tình hình dịch bệnh </w:t>
      </w:r>
      <w:r w:rsidR="00704B01">
        <w:rPr>
          <w:rFonts w:ascii="Times New Roman" w:eastAsia="Times New Roman" w:hAnsi="Times New Roman" w:cs="Times New Roman"/>
          <w:sz w:val="28"/>
        </w:rPr>
        <w:t>tại</w:t>
      </w:r>
      <w:r w:rsidR="00704B01">
        <w:rPr>
          <w:rFonts w:ascii="Times New Roman" w:eastAsia="Times New Roman" w:hAnsi="Times New Roman" w:cs="Times New Roman"/>
          <w:sz w:val="28"/>
          <w:lang w:val="vi-VN"/>
        </w:rPr>
        <w:t xml:space="preserve"> xã </w:t>
      </w:r>
      <w:r w:rsidR="00A87C18">
        <w:rPr>
          <w:rFonts w:ascii="Times New Roman" w:eastAsia="Times New Roman" w:hAnsi="Times New Roman" w:cs="Times New Roman"/>
          <w:sz w:val="28"/>
          <w:lang w:val="vi-VN"/>
        </w:rPr>
        <w:t xml:space="preserve">đang </w:t>
      </w:r>
      <w:r w:rsidR="00704B01">
        <w:rPr>
          <w:rFonts w:ascii="Times New Roman" w:eastAsia="Times New Roman" w:hAnsi="Times New Roman" w:cs="Times New Roman"/>
          <w:sz w:val="28"/>
          <w:lang w:val="vi-VN"/>
        </w:rPr>
        <w:t>ở mức trung bình</w:t>
      </w:r>
      <w:r>
        <w:rPr>
          <w:rFonts w:ascii="Times New Roman" w:eastAsia="Times New Roman" w:hAnsi="Times New Roman" w:cs="Times New Roman"/>
          <w:sz w:val="28"/>
        </w:rPr>
        <w:t xml:space="preserve">, địa phương cần tiếp tục duy trì nghiêm ngặt công tác giám sát và vệ sinh môi trường nhằm ngăn chặn nguy cơ bùng phát </w:t>
      </w:r>
    </w:p>
    <w:p w14:paraId="1640C8A2" w14:textId="77777777" w:rsidR="006E0B97" w:rsidRDefault="006E0B97">
      <w:pPr>
        <w:adjustRightInd w:val="0"/>
        <w:snapToGrid w:val="0"/>
        <w:spacing w:after="120" w:line="288" w:lineRule="auto"/>
        <w:ind w:firstLine="567"/>
        <w:jc w:val="both"/>
        <w:rPr>
          <w:rFonts w:ascii="Times New Roman" w:eastAsia="Times New Roman" w:hAnsi="Times New Roman" w:cs="Times New Roman"/>
          <w:b/>
          <w:sz w:val="28"/>
          <w:lang w:val="vi-VN"/>
        </w:rPr>
      </w:pPr>
    </w:p>
    <w:p w14:paraId="77D33193" w14:textId="77777777" w:rsidR="006E0B97" w:rsidRDefault="006E0B97">
      <w:pPr>
        <w:adjustRightInd w:val="0"/>
        <w:snapToGrid w:val="0"/>
        <w:spacing w:after="120" w:line="288" w:lineRule="auto"/>
        <w:ind w:firstLine="567"/>
        <w:jc w:val="both"/>
        <w:rPr>
          <w:rFonts w:ascii="Times New Roman" w:eastAsia="Times New Roman" w:hAnsi="Times New Roman" w:cs="Times New Roman"/>
          <w:b/>
          <w:sz w:val="28"/>
          <w:lang w:val="vi-VN"/>
        </w:rPr>
      </w:pPr>
    </w:p>
    <w:p w14:paraId="3795BF43" w14:textId="77777777" w:rsidR="006E0B97" w:rsidRDefault="006E0B97">
      <w:pPr>
        <w:adjustRightInd w:val="0"/>
        <w:snapToGrid w:val="0"/>
        <w:spacing w:after="120" w:line="288" w:lineRule="auto"/>
        <w:ind w:firstLine="567"/>
        <w:jc w:val="both"/>
        <w:rPr>
          <w:rFonts w:ascii="Times New Roman" w:eastAsia="Times New Roman" w:hAnsi="Times New Roman" w:cs="Times New Roman"/>
          <w:b/>
          <w:sz w:val="28"/>
          <w:lang w:val="vi-VN"/>
        </w:rPr>
      </w:pPr>
    </w:p>
    <w:p w14:paraId="44F7B950" w14:textId="7C21CBD6" w:rsidR="00840656" w:rsidRDefault="00000000">
      <w:pPr>
        <w:adjustRightInd w:val="0"/>
        <w:snapToGrid w:val="0"/>
        <w:spacing w:after="120" w:line="288" w:lineRule="auto"/>
        <w:ind w:firstLine="567"/>
        <w:jc w:val="both"/>
      </w:pPr>
      <w:r>
        <w:rPr>
          <w:rFonts w:ascii="Times New Roman" w:eastAsia="Times New Roman" w:hAnsi="Times New Roman" w:cs="Times New Roman"/>
          <w:b/>
          <w:sz w:val="28"/>
        </w:rPr>
        <w:t>2. Tình hình ổ dịch</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9"/>
        <w:gridCol w:w="1606"/>
        <w:gridCol w:w="1045"/>
        <w:gridCol w:w="1606"/>
        <w:gridCol w:w="1357"/>
        <w:gridCol w:w="903"/>
        <w:gridCol w:w="1801"/>
      </w:tblGrid>
      <w:tr w:rsidR="00AD4627" w14:paraId="79CC0365" w14:textId="77777777" w:rsidTr="00AD4627">
        <w:tc>
          <w:tcPr>
            <w:tcW w:w="749" w:type="dxa"/>
          </w:tcPr>
          <w:p w14:paraId="6E8D16D7" w14:textId="77777777" w:rsidR="00AD4627" w:rsidRDefault="00AD4627">
            <w:pPr>
              <w:spacing w:after="0" w:line="240" w:lineRule="auto"/>
              <w:jc w:val="center"/>
            </w:pPr>
            <w:r>
              <w:rPr>
                <w:rFonts w:ascii="Times New Roman" w:eastAsia="Times New Roman" w:hAnsi="Times New Roman" w:cs="Times New Roman"/>
                <w:b/>
                <w:sz w:val="28"/>
              </w:rPr>
              <w:t>STT</w:t>
            </w:r>
          </w:p>
        </w:tc>
        <w:tc>
          <w:tcPr>
            <w:tcW w:w="1606" w:type="dxa"/>
          </w:tcPr>
          <w:p w14:paraId="35B21BB6" w14:textId="5E5A21F6" w:rsidR="00AD4627" w:rsidRPr="00A87C18" w:rsidRDefault="00AD4627">
            <w:pPr>
              <w:spacing w:after="0" w:line="240" w:lineRule="auto"/>
              <w:jc w:val="center"/>
              <w:rPr>
                <w:lang w:val="vi-VN"/>
              </w:rPr>
            </w:pPr>
            <w:r>
              <w:rPr>
                <w:rFonts w:ascii="Times New Roman" w:eastAsia="Times New Roman" w:hAnsi="Times New Roman" w:cs="Times New Roman"/>
                <w:b/>
                <w:sz w:val="28"/>
              </w:rPr>
              <w:t>ẤP</w:t>
            </w:r>
            <w:r>
              <w:rPr>
                <w:rFonts w:ascii="Times New Roman" w:eastAsia="Times New Roman" w:hAnsi="Times New Roman" w:cs="Times New Roman"/>
                <w:b/>
                <w:sz w:val="28"/>
                <w:lang w:val="vi-VN"/>
              </w:rPr>
              <w:t xml:space="preserve"> </w:t>
            </w:r>
          </w:p>
        </w:tc>
        <w:tc>
          <w:tcPr>
            <w:tcW w:w="1045" w:type="dxa"/>
          </w:tcPr>
          <w:p w14:paraId="0CDDD449" w14:textId="56F37D8A" w:rsidR="00AD4627" w:rsidRPr="00A87C18" w:rsidRDefault="00AD4627">
            <w:pPr>
              <w:spacing w:after="0" w:line="240" w:lineRule="auto"/>
              <w:jc w:val="center"/>
              <w:rPr>
                <w:lang w:val="vi-VN"/>
              </w:rPr>
            </w:pPr>
            <w:r w:rsidRPr="00A87C18">
              <w:rPr>
                <w:rFonts w:ascii="Times New Roman" w:eastAsia="Times New Roman" w:hAnsi="Times New Roman" w:cs="Times New Roman"/>
                <w:b/>
                <w:sz w:val="28"/>
                <w:lang w:val="vi-VN"/>
              </w:rPr>
              <w:t>Tổng</w:t>
            </w:r>
            <w:r>
              <w:rPr>
                <w:rFonts w:ascii="Times New Roman" w:eastAsia="Times New Roman" w:hAnsi="Times New Roman" w:cs="Times New Roman"/>
                <w:b/>
                <w:sz w:val="28"/>
                <w:lang w:val="vi-VN"/>
              </w:rPr>
              <w:t xml:space="preserve"> số ổ dịch 8 tháng đầu năm 2026</w:t>
            </w:r>
          </w:p>
        </w:tc>
        <w:tc>
          <w:tcPr>
            <w:tcW w:w="1606" w:type="dxa"/>
          </w:tcPr>
          <w:p w14:paraId="3525ACB7" w14:textId="4683FF43" w:rsidR="00AD4627" w:rsidRPr="00A87C18" w:rsidRDefault="00AD4627">
            <w:pPr>
              <w:spacing w:after="0" w:line="240" w:lineRule="auto"/>
              <w:jc w:val="center"/>
              <w:rPr>
                <w:lang w:val="vi-VN"/>
              </w:rPr>
            </w:pPr>
            <w:r>
              <w:rPr>
                <w:rFonts w:ascii="Times New Roman" w:eastAsia="Times New Roman" w:hAnsi="Times New Roman" w:cs="Times New Roman"/>
                <w:b/>
                <w:sz w:val="28"/>
              </w:rPr>
              <w:t>Số</w:t>
            </w:r>
            <w:r>
              <w:rPr>
                <w:rFonts w:ascii="Times New Roman" w:eastAsia="Times New Roman" w:hAnsi="Times New Roman" w:cs="Times New Roman"/>
                <w:b/>
                <w:sz w:val="28"/>
                <w:lang w:val="vi-VN"/>
              </w:rPr>
              <w:t xml:space="preserve"> ổ dịch đến 13/09/2026</w:t>
            </w:r>
          </w:p>
        </w:tc>
        <w:tc>
          <w:tcPr>
            <w:tcW w:w="1357" w:type="dxa"/>
          </w:tcPr>
          <w:p w14:paraId="015FCB2A" w14:textId="077E2C39" w:rsidR="00AD4627" w:rsidRPr="00A87C18" w:rsidRDefault="00AD4627">
            <w:pPr>
              <w:spacing w:after="0" w:line="240" w:lineRule="auto"/>
              <w:jc w:val="center"/>
              <w:rPr>
                <w:lang w:val="vi-VN"/>
              </w:rPr>
            </w:pPr>
            <w:r>
              <w:rPr>
                <w:rFonts w:ascii="Times New Roman" w:eastAsia="Times New Roman" w:hAnsi="Times New Roman" w:cs="Times New Roman"/>
                <w:b/>
                <w:sz w:val="28"/>
              </w:rPr>
              <w:t>Số</w:t>
            </w:r>
            <w:r>
              <w:rPr>
                <w:rFonts w:ascii="Times New Roman" w:eastAsia="Times New Roman" w:hAnsi="Times New Roman" w:cs="Times New Roman"/>
                <w:b/>
                <w:sz w:val="28"/>
                <w:lang w:val="vi-VN"/>
              </w:rPr>
              <w:t xml:space="preserve"> ổ dịch tuần 37 </w:t>
            </w:r>
          </w:p>
        </w:tc>
        <w:tc>
          <w:tcPr>
            <w:tcW w:w="903" w:type="dxa"/>
          </w:tcPr>
          <w:p w14:paraId="5301C633" w14:textId="0476688D" w:rsidR="00AD4627" w:rsidRPr="00A87C18" w:rsidRDefault="00AD4627">
            <w:pPr>
              <w:spacing w:after="0" w:line="240" w:lineRule="auto"/>
              <w:jc w:val="center"/>
              <w:rPr>
                <w:lang w:val="vi-VN"/>
              </w:rPr>
            </w:pPr>
            <w:r w:rsidRPr="00A87C18">
              <w:rPr>
                <w:rFonts w:ascii="Times New Roman" w:eastAsia="Times New Roman" w:hAnsi="Times New Roman" w:cs="Times New Roman"/>
                <w:b/>
                <w:sz w:val="28"/>
                <w:lang w:val="vi-VN"/>
              </w:rPr>
              <w:t>Số</w:t>
            </w:r>
            <w:r>
              <w:rPr>
                <w:rFonts w:ascii="Times New Roman" w:eastAsia="Times New Roman" w:hAnsi="Times New Roman" w:cs="Times New Roman"/>
                <w:b/>
                <w:sz w:val="28"/>
                <w:lang w:val="vi-VN"/>
              </w:rPr>
              <w:t xml:space="preserve"> ổ dịch 8 tháng đâu năm 2025</w:t>
            </w:r>
          </w:p>
        </w:tc>
        <w:tc>
          <w:tcPr>
            <w:tcW w:w="1801" w:type="dxa"/>
          </w:tcPr>
          <w:p w14:paraId="061D785C" w14:textId="7B94C429" w:rsidR="00AD4627" w:rsidRPr="00A87C18" w:rsidRDefault="00AD4627">
            <w:pPr>
              <w:spacing w:after="0" w:line="240" w:lineRule="auto"/>
              <w:jc w:val="center"/>
              <w:rPr>
                <w:lang w:val="vi-VN"/>
              </w:rPr>
            </w:pPr>
            <w:r>
              <w:rPr>
                <w:rFonts w:ascii="Times New Roman" w:eastAsia="Times New Roman" w:hAnsi="Times New Roman" w:cs="Times New Roman"/>
                <w:b/>
                <w:sz w:val="28"/>
              </w:rPr>
              <w:t>Nhận</w:t>
            </w:r>
            <w:r>
              <w:rPr>
                <w:rFonts w:ascii="Times New Roman" w:eastAsia="Times New Roman" w:hAnsi="Times New Roman" w:cs="Times New Roman"/>
                <w:b/>
                <w:sz w:val="28"/>
                <w:lang w:val="vi-VN"/>
              </w:rPr>
              <w:t xml:space="preserve"> định </w:t>
            </w:r>
          </w:p>
        </w:tc>
      </w:tr>
      <w:tr w:rsidR="00AD4627" w14:paraId="2657F8F8" w14:textId="77777777" w:rsidTr="00AD4627">
        <w:tc>
          <w:tcPr>
            <w:tcW w:w="749" w:type="dxa"/>
          </w:tcPr>
          <w:p w14:paraId="70ADA3B5" w14:textId="7DEFB890" w:rsidR="00AD4627" w:rsidRDefault="00AD4627" w:rsidP="00AD4627">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1</w:t>
            </w:r>
          </w:p>
        </w:tc>
        <w:tc>
          <w:tcPr>
            <w:tcW w:w="1606" w:type="dxa"/>
          </w:tcPr>
          <w:p w14:paraId="506E5BAD" w14:textId="38A69F91" w:rsidR="00AD4627" w:rsidRDefault="00AD4627" w:rsidP="00AD4627">
            <w:pPr>
              <w:spacing w:after="0" w:line="240" w:lineRule="auto"/>
              <w:jc w:val="center"/>
              <w:rPr>
                <w:rFonts w:ascii="Times New Roman" w:eastAsia="Times New Roman" w:hAnsi="Times New Roman" w:cs="Times New Roman"/>
                <w:b/>
                <w:sz w:val="28"/>
              </w:rPr>
            </w:pPr>
            <w:r w:rsidRPr="00A047C8">
              <w:t xml:space="preserve">Thuận Thành </w:t>
            </w:r>
          </w:p>
        </w:tc>
        <w:tc>
          <w:tcPr>
            <w:tcW w:w="1045" w:type="dxa"/>
          </w:tcPr>
          <w:p w14:paraId="34BFDEAE" w14:textId="18077048" w:rsidR="00AD4627" w:rsidRDefault="00AD4627" w:rsidP="00AD4627">
            <w:pPr>
              <w:spacing w:after="0" w:line="240" w:lineRule="auto"/>
              <w:jc w:val="center"/>
              <w:rPr>
                <w:rFonts w:ascii="Times New Roman" w:eastAsia="Times New Roman" w:hAnsi="Times New Roman" w:cs="Times New Roman"/>
                <w:b/>
                <w:sz w:val="28"/>
              </w:rPr>
            </w:pPr>
            <w:r w:rsidRPr="005C0190">
              <w:t>8</w:t>
            </w:r>
          </w:p>
        </w:tc>
        <w:tc>
          <w:tcPr>
            <w:tcW w:w="1606" w:type="dxa"/>
          </w:tcPr>
          <w:p w14:paraId="3FCE8317" w14:textId="0E2AF59C" w:rsidR="00AD4627" w:rsidRDefault="00AD4627" w:rsidP="00AD4627">
            <w:pPr>
              <w:spacing w:after="0" w:line="240" w:lineRule="auto"/>
              <w:jc w:val="center"/>
              <w:rPr>
                <w:rFonts w:ascii="Times New Roman" w:eastAsia="Times New Roman" w:hAnsi="Times New Roman" w:cs="Times New Roman"/>
                <w:b/>
                <w:sz w:val="28"/>
              </w:rPr>
            </w:pPr>
            <w:r w:rsidRPr="00CD42CF">
              <w:t>10</w:t>
            </w:r>
          </w:p>
        </w:tc>
        <w:tc>
          <w:tcPr>
            <w:tcW w:w="1357" w:type="dxa"/>
          </w:tcPr>
          <w:p w14:paraId="7087E6F0" w14:textId="325F5D5D" w:rsidR="00AD4627" w:rsidRDefault="00AD4627" w:rsidP="00AD4627">
            <w:pPr>
              <w:spacing w:after="0" w:line="240" w:lineRule="auto"/>
              <w:jc w:val="center"/>
              <w:rPr>
                <w:rFonts w:ascii="Times New Roman" w:eastAsia="Times New Roman" w:hAnsi="Times New Roman" w:cs="Times New Roman"/>
                <w:b/>
                <w:sz w:val="28"/>
              </w:rPr>
            </w:pPr>
            <w:r w:rsidRPr="00E7147F">
              <w:t>1</w:t>
            </w:r>
          </w:p>
        </w:tc>
        <w:tc>
          <w:tcPr>
            <w:tcW w:w="903" w:type="dxa"/>
            <w:vMerge w:val="restart"/>
          </w:tcPr>
          <w:p w14:paraId="3B2905D9" w14:textId="77777777" w:rsidR="00AD4627" w:rsidRDefault="00AD4627" w:rsidP="00AD4627">
            <w:pPr>
              <w:spacing w:after="0" w:line="240" w:lineRule="auto"/>
              <w:jc w:val="center"/>
              <w:rPr>
                <w:rFonts w:ascii="Times New Roman" w:eastAsia="Times New Roman" w:hAnsi="Times New Roman" w:cs="Times New Roman"/>
                <w:b/>
                <w:sz w:val="28"/>
                <w:lang w:val="vi-VN"/>
              </w:rPr>
            </w:pPr>
          </w:p>
          <w:p w14:paraId="2F27F7E3" w14:textId="77777777" w:rsidR="00AD4627" w:rsidRDefault="00AD4627" w:rsidP="00AD4627">
            <w:pPr>
              <w:spacing w:after="0" w:line="240" w:lineRule="auto"/>
              <w:jc w:val="center"/>
              <w:rPr>
                <w:rFonts w:ascii="Times New Roman" w:eastAsia="Times New Roman" w:hAnsi="Times New Roman" w:cs="Times New Roman"/>
                <w:b/>
                <w:sz w:val="28"/>
                <w:lang w:val="vi-VN"/>
              </w:rPr>
            </w:pPr>
          </w:p>
          <w:p w14:paraId="28B3805F" w14:textId="2FD23AD6" w:rsidR="00AD4627" w:rsidRDefault="00AD4627" w:rsidP="00AD4627">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10</w:t>
            </w:r>
          </w:p>
        </w:tc>
        <w:tc>
          <w:tcPr>
            <w:tcW w:w="1801" w:type="dxa"/>
            <w:vMerge w:val="restart"/>
          </w:tcPr>
          <w:p w14:paraId="095087AB" w14:textId="3645FA0A" w:rsidR="00AD4627" w:rsidRDefault="00AD4627" w:rsidP="00B863E3">
            <w:pPr>
              <w:spacing w:after="0" w:line="240" w:lineRule="auto"/>
              <w:jc w:val="center"/>
              <w:rPr>
                <w:rFonts w:ascii="Times New Roman" w:eastAsia="Times New Roman" w:hAnsi="Times New Roman" w:cs="Times New Roman"/>
                <w:b/>
                <w:sz w:val="28"/>
              </w:rPr>
            </w:pPr>
            <w:r w:rsidRPr="00AD4627">
              <w:rPr>
                <w:rFonts w:ascii="Times New Roman" w:eastAsia="Times New Roman" w:hAnsi="Times New Roman" w:cs="Times New Roman"/>
                <w:b/>
                <w:sz w:val="28"/>
              </w:rPr>
              <w:t xml:space="preserve">8 tháng đầu  năm 2026  </w:t>
            </w:r>
            <w:r>
              <w:rPr>
                <w:rFonts w:ascii="Times New Roman" w:eastAsia="Times New Roman" w:hAnsi="Times New Roman" w:cs="Times New Roman"/>
                <w:b/>
                <w:sz w:val="28"/>
              </w:rPr>
              <w:t>50</w:t>
            </w:r>
            <w:r w:rsidR="00D429D6">
              <w:rPr>
                <w:rFonts w:ascii="Times New Roman" w:eastAsia="Times New Roman" w:hAnsi="Times New Roman" w:cs="Times New Roman"/>
                <w:b/>
                <w:sz w:val="28"/>
                <w:lang w:val="vi-VN"/>
              </w:rPr>
              <w:t xml:space="preserve"> ổ dịch </w:t>
            </w:r>
            <w:r>
              <w:rPr>
                <w:rFonts w:ascii="Times New Roman" w:eastAsia="Times New Roman" w:hAnsi="Times New Roman" w:cs="Times New Roman"/>
                <w:b/>
                <w:sz w:val="28"/>
                <w:lang w:val="vi-VN"/>
              </w:rPr>
              <w:t xml:space="preserve"> </w:t>
            </w:r>
            <w:r w:rsidRPr="00AD4627">
              <w:rPr>
                <w:rFonts w:ascii="Times New Roman" w:eastAsia="Times New Roman" w:hAnsi="Times New Roman" w:cs="Times New Roman"/>
                <w:b/>
                <w:sz w:val="28"/>
              </w:rPr>
              <w:t xml:space="preserve">tăng </w:t>
            </w:r>
            <w:r>
              <w:rPr>
                <w:rFonts w:ascii="Times New Roman" w:eastAsia="Times New Roman" w:hAnsi="Times New Roman" w:cs="Times New Roman"/>
                <w:b/>
                <w:sz w:val="28"/>
              </w:rPr>
              <w:t>40</w:t>
            </w:r>
            <w:r w:rsidR="00D429D6">
              <w:rPr>
                <w:rFonts w:ascii="Times New Roman" w:eastAsia="Times New Roman" w:hAnsi="Times New Roman" w:cs="Times New Roman"/>
                <w:b/>
                <w:sz w:val="28"/>
                <w:lang w:val="vi-VN"/>
              </w:rPr>
              <w:t xml:space="preserve"> ổ dịch </w:t>
            </w:r>
            <w:r w:rsidRPr="00AD4627">
              <w:rPr>
                <w:rFonts w:ascii="Times New Roman" w:eastAsia="Times New Roman" w:hAnsi="Times New Roman" w:cs="Times New Roman"/>
                <w:b/>
                <w:sz w:val="28"/>
              </w:rPr>
              <w:t xml:space="preserve"> so với 8 tháng  năm 2025  </w:t>
            </w:r>
          </w:p>
        </w:tc>
      </w:tr>
      <w:tr w:rsidR="00AD4627" w14:paraId="6EBC1A3C" w14:textId="77777777" w:rsidTr="00AD4627">
        <w:tc>
          <w:tcPr>
            <w:tcW w:w="749" w:type="dxa"/>
          </w:tcPr>
          <w:p w14:paraId="779782E0" w14:textId="5DA95EE7" w:rsidR="00AD4627" w:rsidRDefault="00AD4627" w:rsidP="00AD4627">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2</w:t>
            </w:r>
          </w:p>
        </w:tc>
        <w:tc>
          <w:tcPr>
            <w:tcW w:w="1606" w:type="dxa"/>
          </w:tcPr>
          <w:p w14:paraId="0A84C43D" w14:textId="3745DB7B" w:rsidR="00AD4627" w:rsidRDefault="00AD4627" w:rsidP="00AD4627">
            <w:pPr>
              <w:spacing w:after="0" w:line="240" w:lineRule="auto"/>
              <w:jc w:val="center"/>
              <w:rPr>
                <w:rFonts w:ascii="Times New Roman" w:eastAsia="Times New Roman" w:hAnsi="Times New Roman" w:cs="Times New Roman"/>
                <w:b/>
                <w:sz w:val="28"/>
              </w:rPr>
            </w:pPr>
            <w:r w:rsidRPr="00A047C8">
              <w:t xml:space="preserve">Thuận Hòa </w:t>
            </w:r>
          </w:p>
        </w:tc>
        <w:tc>
          <w:tcPr>
            <w:tcW w:w="1045" w:type="dxa"/>
          </w:tcPr>
          <w:p w14:paraId="22690B30" w14:textId="5C24019D" w:rsidR="00AD4627" w:rsidRDefault="00AD4627" w:rsidP="00AD4627">
            <w:pPr>
              <w:spacing w:after="0" w:line="240" w:lineRule="auto"/>
              <w:jc w:val="center"/>
              <w:rPr>
                <w:rFonts w:ascii="Times New Roman" w:eastAsia="Times New Roman" w:hAnsi="Times New Roman" w:cs="Times New Roman"/>
                <w:b/>
                <w:sz w:val="28"/>
              </w:rPr>
            </w:pPr>
            <w:r w:rsidRPr="005C0190">
              <w:t>16</w:t>
            </w:r>
          </w:p>
        </w:tc>
        <w:tc>
          <w:tcPr>
            <w:tcW w:w="1606" w:type="dxa"/>
          </w:tcPr>
          <w:p w14:paraId="32DEFEAA" w14:textId="211D0E42" w:rsidR="00AD4627" w:rsidRDefault="00AD4627" w:rsidP="00AD4627">
            <w:pPr>
              <w:spacing w:after="0" w:line="240" w:lineRule="auto"/>
              <w:jc w:val="center"/>
              <w:rPr>
                <w:rFonts w:ascii="Times New Roman" w:eastAsia="Times New Roman" w:hAnsi="Times New Roman" w:cs="Times New Roman"/>
                <w:b/>
                <w:sz w:val="28"/>
              </w:rPr>
            </w:pPr>
            <w:r w:rsidRPr="00CD42CF">
              <w:t>18</w:t>
            </w:r>
          </w:p>
        </w:tc>
        <w:tc>
          <w:tcPr>
            <w:tcW w:w="1357" w:type="dxa"/>
          </w:tcPr>
          <w:p w14:paraId="2FDC8B83" w14:textId="0F8D8AD6" w:rsidR="00AD4627" w:rsidRDefault="00AD4627" w:rsidP="00AD4627">
            <w:pPr>
              <w:spacing w:after="0" w:line="240" w:lineRule="auto"/>
              <w:jc w:val="center"/>
              <w:rPr>
                <w:rFonts w:ascii="Times New Roman" w:eastAsia="Times New Roman" w:hAnsi="Times New Roman" w:cs="Times New Roman"/>
                <w:b/>
                <w:sz w:val="28"/>
              </w:rPr>
            </w:pPr>
            <w:r w:rsidRPr="00E7147F">
              <w:t>1</w:t>
            </w:r>
          </w:p>
        </w:tc>
        <w:tc>
          <w:tcPr>
            <w:tcW w:w="903" w:type="dxa"/>
            <w:vMerge/>
          </w:tcPr>
          <w:p w14:paraId="3AE0EC91" w14:textId="77777777" w:rsidR="00AD4627" w:rsidRDefault="00AD4627" w:rsidP="00AD4627">
            <w:pPr>
              <w:spacing w:after="0" w:line="240" w:lineRule="auto"/>
              <w:jc w:val="center"/>
              <w:rPr>
                <w:rFonts w:ascii="Times New Roman" w:eastAsia="Times New Roman" w:hAnsi="Times New Roman" w:cs="Times New Roman"/>
                <w:b/>
                <w:sz w:val="28"/>
              </w:rPr>
            </w:pPr>
          </w:p>
        </w:tc>
        <w:tc>
          <w:tcPr>
            <w:tcW w:w="1801" w:type="dxa"/>
            <w:vMerge/>
          </w:tcPr>
          <w:p w14:paraId="61E0578E" w14:textId="7302CF49" w:rsidR="00AD4627" w:rsidRDefault="00AD4627" w:rsidP="00B863E3">
            <w:pPr>
              <w:spacing w:after="0" w:line="240" w:lineRule="auto"/>
              <w:jc w:val="center"/>
              <w:rPr>
                <w:rFonts w:ascii="Times New Roman" w:eastAsia="Times New Roman" w:hAnsi="Times New Roman" w:cs="Times New Roman"/>
                <w:b/>
                <w:sz w:val="28"/>
              </w:rPr>
            </w:pPr>
          </w:p>
        </w:tc>
      </w:tr>
      <w:tr w:rsidR="00AD4627" w14:paraId="5A57B3EE" w14:textId="77777777" w:rsidTr="00AD4627">
        <w:tc>
          <w:tcPr>
            <w:tcW w:w="749" w:type="dxa"/>
          </w:tcPr>
          <w:p w14:paraId="5D0BA836" w14:textId="1C86EB2E" w:rsidR="00AD4627" w:rsidRDefault="00AD4627" w:rsidP="00AD4627">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3</w:t>
            </w:r>
          </w:p>
        </w:tc>
        <w:tc>
          <w:tcPr>
            <w:tcW w:w="1606" w:type="dxa"/>
          </w:tcPr>
          <w:p w14:paraId="23410A18" w14:textId="75E4564D" w:rsidR="00AD4627" w:rsidRDefault="00AD4627" w:rsidP="00AD4627">
            <w:pPr>
              <w:spacing w:after="0" w:line="240" w:lineRule="auto"/>
              <w:jc w:val="center"/>
              <w:rPr>
                <w:rFonts w:ascii="Times New Roman" w:eastAsia="Times New Roman" w:hAnsi="Times New Roman" w:cs="Times New Roman"/>
                <w:b/>
                <w:sz w:val="28"/>
              </w:rPr>
            </w:pPr>
            <w:r w:rsidRPr="00A047C8">
              <w:t xml:space="preserve">Thuận Hải </w:t>
            </w:r>
          </w:p>
        </w:tc>
        <w:tc>
          <w:tcPr>
            <w:tcW w:w="1045" w:type="dxa"/>
          </w:tcPr>
          <w:p w14:paraId="112CF278" w14:textId="0E1F1894" w:rsidR="00AD4627" w:rsidRDefault="00AD4627" w:rsidP="00AD4627">
            <w:pPr>
              <w:spacing w:after="0" w:line="240" w:lineRule="auto"/>
              <w:jc w:val="center"/>
              <w:rPr>
                <w:rFonts w:ascii="Times New Roman" w:eastAsia="Times New Roman" w:hAnsi="Times New Roman" w:cs="Times New Roman"/>
                <w:b/>
                <w:sz w:val="28"/>
              </w:rPr>
            </w:pPr>
            <w:r w:rsidRPr="005C0190">
              <w:t>8</w:t>
            </w:r>
          </w:p>
        </w:tc>
        <w:tc>
          <w:tcPr>
            <w:tcW w:w="1606" w:type="dxa"/>
          </w:tcPr>
          <w:p w14:paraId="045E9E78" w14:textId="72B8B05F" w:rsidR="00AD4627" w:rsidRDefault="00AD4627" w:rsidP="00AD4627">
            <w:pPr>
              <w:spacing w:after="0" w:line="240" w:lineRule="auto"/>
              <w:jc w:val="center"/>
              <w:rPr>
                <w:rFonts w:ascii="Times New Roman" w:eastAsia="Times New Roman" w:hAnsi="Times New Roman" w:cs="Times New Roman"/>
                <w:b/>
                <w:sz w:val="28"/>
              </w:rPr>
            </w:pPr>
            <w:r w:rsidRPr="00CD42CF">
              <w:t>11</w:t>
            </w:r>
          </w:p>
        </w:tc>
        <w:tc>
          <w:tcPr>
            <w:tcW w:w="1357" w:type="dxa"/>
          </w:tcPr>
          <w:p w14:paraId="3CF20FE6" w14:textId="4413E33F" w:rsidR="00AD4627" w:rsidRDefault="00AD4627" w:rsidP="00AD4627">
            <w:pPr>
              <w:spacing w:after="0" w:line="240" w:lineRule="auto"/>
              <w:jc w:val="center"/>
              <w:rPr>
                <w:rFonts w:ascii="Times New Roman" w:eastAsia="Times New Roman" w:hAnsi="Times New Roman" w:cs="Times New Roman"/>
                <w:b/>
                <w:sz w:val="28"/>
              </w:rPr>
            </w:pPr>
            <w:r w:rsidRPr="00E7147F">
              <w:t>1</w:t>
            </w:r>
          </w:p>
        </w:tc>
        <w:tc>
          <w:tcPr>
            <w:tcW w:w="903" w:type="dxa"/>
            <w:vMerge/>
          </w:tcPr>
          <w:p w14:paraId="2D58CE23" w14:textId="77777777" w:rsidR="00AD4627" w:rsidRDefault="00AD4627" w:rsidP="00AD4627">
            <w:pPr>
              <w:spacing w:after="0" w:line="240" w:lineRule="auto"/>
              <w:jc w:val="center"/>
              <w:rPr>
                <w:rFonts w:ascii="Times New Roman" w:eastAsia="Times New Roman" w:hAnsi="Times New Roman" w:cs="Times New Roman"/>
                <w:b/>
                <w:sz w:val="28"/>
              </w:rPr>
            </w:pPr>
          </w:p>
        </w:tc>
        <w:tc>
          <w:tcPr>
            <w:tcW w:w="1801" w:type="dxa"/>
            <w:vMerge/>
          </w:tcPr>
          <w:p w14:paraId="42E8D78D" w14:textId="0931C7FE" w:rsidR="00AD4627" w:rsidRDefault="00AD4627" w:rsidP="00B863E3">
            <w:pPr>
              <w:spacing w:after="0" w:line="240" w:lineRule="auto"/>
              <w:jc w:val="center"/>
              <w:rPr>
                <w:rFonts w:ascii="Times New Roman" w:eastAsia="Times New Roman" w:hAnsi="Times New Roman" w:cs="Times New Roman"/>
                <w:b/>
                <w:sz w:val="28"/>
              </w:rPr>
            </w:pPr>
          </w:p>
        </w:tc>
      </w:tr>
      <w:tr w:rsidR="00AD4627" w14:paraId="2FA62AF3" w14:textId="77777777" w:rsidTr="00AD4627">
        <w:tc>
          <w:tcPr>
            <w:tcW w:w="749" w:type="dxa"/>
          </w:tcPr>
          <w:p w14:paraId="70DFA281" w14:textId="186E1F9A" w:rsidR="00AD4627" w:rsidRDefault="00AD4627" w:rsidP="00AD4627">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4</w:t>
            </w:r>
          </w:p>
        </w:tc>
        <w:tc>
          <w:tcPr>
            <w:tcW w:w="1606" w:type="dxa"/>
          </w:tcPr>
          <w:p w14:paraId="4E6A18D0" w14:textId="61BE6071" w:rsidR="00AD4627" w:rsidRDefault="00AD4627" w:rsidP="00AD4627">
            <w:pPr>
              <w:spacing w:after="0" w:line="240" w:lineRule="auto"/>
              <w:jc w:val="center"/>
              <w:rPr>
                <w:rFonts w:ascii="Times New Roman" w:eastAsia="Times New Roman" w:hAnsi="Times New Roman" w:cs="Times New Roman"/>
                <w:b/>
                <w:sz w:val="28"/>
              </w:rPr>
            </w:pPr>
            <w:r w:rsidRPr="00A047C8">
              <w:t>Ấp Làng 3</w:t>
            </w:r>
          </w:p>
        </w:tc>
        <w:tc>
          <w:tcPr>
            <w:tcW w:w="1045" w:type="dxa"/>
          </w:tcPr>
          <w:p w14:paraId="5746B768" w14:textId="18A2A1AE" w:rsidR="00AD4627" w:rsidRDefault="00AD4627" w:rsidP="00AD4627">
            <w:pPr>
              <w:spacing w:after="0" w:line="240" w:lineRule="auto"/>
              <w:jc w:val="center"/>
              <w:rPr>
                <w:rFonts w:ascii="Times New Roman" w:eastAsia="Times New Roman" w:hAnsi="Times New Roman" w:cs="Times New Roman"/>
                <w:b/>
                <w:sz w:val="28"/>
              </w:rPr>
            </w:pPr>
            <w:r w:rsidRPr="005C0190">
              <w:t>12</w:t>
            </w:r>
          </w:p>
        </w:tc>
        <w:tc>
          <w:tcPr>
            <w:tcW w:w="1606" w:type="dxa"/>
          </w:tcPr>
          <w:p w14:paraId="4EF6F46F" w14:textId="325327C5" w:rsidR="00AD4627" w:rsidRDefault="00AD4627" w:rsidP="00AD4627">
            <w:pPr>
              <w:spacing w:after="0" w:line="240" w:lineRule="auto"/>
              <w:jc w:val="center"/>
              <w:rPr>
                <w:rFonts w:ascii="Times New Roman" w:eastAsia="Times New Roman" w:hAnsi="Times New Roman" w:cs="Times New Roman"/>
                <w:b/>
                <w:sz w:val="28"/>
              </w:rPr>
            </w:pPr>
            <w:r w:rsidRPr="00CD42CF">
              <w:t>15</w:t>
            </w:r>
          </w:p>
        </w:tc>
        <w:tc>
          <w:tcPr>
            <w:tcW w:w="1357" w:type="dxa"/>
          </w:tcPr>
          <w:p w14:paraId="730C367D" w14:textId="4A01C7DF" w:rsidR="00AD4627" w:rsidRDefault="00AD4627" w:rsidP="00AD4627">
            <w:pPr>
              <w:spacing w:after="0" w:line="240" w:lineRule="auto"/>
              <w:jc w:val="center"/>
              <w:rPr>
                <w:rFonts w:ascii="Times New Roman" w:eastAsia="Times New Roman" w:hAnsi="Times New Roman" w:cs="Times New Roman"/>
                <w:b/>
                <w:sz w:val="28"/>
              </w:rPr>
            </w:pPr>
            <w:r w:rsidRPr="00E7147F">
              <w:t>2</w:t>
            </w:r>
          </w:p>
        </w:tc>
        <w:tc>
          <w:tcPr>
            <w:tcW w:w="903" w:type="dxa"/>
            <w:vMerge/>
          </w:tcPr>
          <w:p w14:paraId="36935664" w14:textId="77777777" w:rsidR="00AD4627" w:rsidRDefault="00AD4627" w:rsidP="00AD4627">
            <w:pPr>
              <w:spacing w:after="0" w:line="240" w:lineRule="auto"/>
              <w:jc w:val="center"/>
              <w:rPr>
                <w:rFonts w:ascii="Times New Roman" w:eastAsia="Times New Roman" w:hAnsi="Times New Roman" w:cs="Times New Roman"/>
                <w:b/>
                <w:sz w:val="28"/>
              </w:rPr>
            </w:pPr>
          </w:p>
        </w:tc>
        <w:tc>
          <w:tcPr>
            <w:tcW w:w="1801" w:type="dxa"/>
            <w:vMerge/>
          </w:tcPr>
          <w:p w14:paraId="4D661344" w14:textId="0F90ACB3" w:rsidR="00AD4627" w:rsidRDefault="00AD4627" w:rsidP="00B863E3">
            <w:pPr>
              <w:spacing w:after="0" w:line="240" w:lineRule="auto"/>
              <w:jc w:val="center"/>
              <w:rPr>
                <w:rFonts w:ascii="Times New Roman" w:eastAsia="Times New Roman" w:hAnsi="Times New Roman" w:cs="Times New Roman"/>
                <w:b/>
                <w:sz w:val="28"/>
              </w:rPr>
            </w:pPr>
          </w:p>
        </w:tc>
      </w:tr>
      <w:tr w:rsidR="00AD4627" w14:paraId="396C20D5" w14:textId="77777777" w:rsidTr="00AD4627">
        <w:tc>
          <w:tcPr>
            <w:tcW w:w="749" w:type="dxa"/>
          </w:tcPr>
          <w:p w14:paraId="2EFB6ED6" w14:textId="353A37A8" w:rsidR="00AD4627" w:rsidRDefault="00AD4627" w:rsidP="00AD4627">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5</w:t>
            </w:r>
          </w:p>
        </w:tc>
        <w:tc>
          <w:tcPr>
            <w:tcW w:w="1606" w:type="dxa"/>
          </w:tcPr>
          <w:p w14:paraId="7ED7C6FA" w14:textId="4FFAF71B" w:rsidR="00AD4627" w:rsidRDefault="00AD4627" w:rsidP="00AD4627">
            <w:pPr>
              <w:spacing w:after="0" w:line="240" w:lineRule="auto"/>
              <w:jc w:val="center"/>
              <w:rPr>
                <w:rFonts w:ascii="Times New Roman" w:eastAsia="Times New Roman" w:hAnsi="Times New Roman" w:cs="Times New Roman"/>
                <w:b/>
                <w:sz w:val="28"/>
              </w:rPr>
            </w:pPr>
            <w:r w:rsidRPr="00A047C8">
              <w:t xml:space="preserve">Thuận Phú </w:t>
            </w:r>
          </w:p>
        </w:tc>
        <w:tc>
          <w:tcPr>
            <w:tcW w:w="1045" w:type="dxa"/>
          </w:tcPr>
          <w:p w14:paraId="36F970B6" w14:textId="41BE4225" w:rsidR="00AD4627" w:rsidRDefault="00AD4627" w:rsidP="00AD4627">
            <w:pPr>
              <w:spacing w:after="0" w:line="240" w:lineRule="auto"/>
              <w:jc w:val="center"/>
              <w:rPr>
                <w:rFonts w:ascii="Times New Roman" w:eastAsia="Times New Roman" w:hAnsi="Times New Roman" w:cs="Times New Roman"/>
                <w:b/>
                <w:sz w:val="28"/>
              </w:rPr>
            </w:pPr>
            <w:r w:rsidRPr="005C0190">
              <w:t>6</w:t>
            </w:r>
          </w:p>
        </w:tc>
        <w:tc>
          <w:tcPr>
            <w:tcW w:w="1606" w:type="dxa"/>
          </w:tcPr>
          <w:p w14:paraId="1A65D4C1" w14:textId="3B2982C3" w:rsidR="00AD4627" w:rsidRDefault="00AD4627" w:rsidP="00AD4627">
            <w:pPr>
              <w:spacing w:after="0" w:line="240" w:lineRule="auto"/>
              <w:jc w:val="center"/>
              <w:rPr>
                <w:rFonts w:ascii="Times New Roman" w:eastAsia="Times New Roman" w:hAnsi="Times New Roman" w:cs="Times New Roman"/>
                <w:b/>
                <w:sz w:val="28"/>
              </w:rPr>
            </w:pPr>
            <w:r w:rsidRPr="00CD42CF">
              <w:t>7</w:t>
            </w:r>
          </w:p>
        </w:tc>
        <w:tc>
          <w:tcPr>
            <w:tcW w:w="1357" w:type="dxa"/>
          </w:tcPr>
          <w:p w14:paraId="4F9FB366" w14:textId="415D83A3" w:rsidR="00AD4627" w:rsidRDefault="00AD4627" w:rsidP="00AD4627">
            <w:pPr>
              <w:spacing w:after="0" w:line="240" w:lineRule="auto"/>
              <w:jc w:val="center"/>
              <w:rPr>
                <w:rFonts w:ascii="Times New Roman" w:eastAsia="Times New Roman" w:hAnsi="Times New Roman" w:cs="Times New Roman"/>
                <w:b/>
                <w:sz w:val="28"/>
              </w:rPr>
            </w:pPr>
            <w:r w:rsidRPr="00E7147F">
              <w:t>1</w:t>
            </w:r>
          </w:p>
        </w:tc>
        <w:tc>
          <w:tcPr>
            <w:tcW w:w="903" w:type="dxa"/>
            <w:vMerge/>
          </w:tcPr>
          <w:p w14:paraId="3CB22E3D" w14:textId="77777777" w:rsidR="00AD4627" w:rsidRDefault="00AD4627" w:rsidP="00AD4627">
            <w:pPr>
              <w:spacing w:after="0" w:line="240" w:lineRule="auto"/>
              <w:jc w:val="center"/>
              <w:rPr>
                <w:rFonts w:ascii="Times New Roman" w:eastAsia="Times New Roman" w:hAnsi="Times New Roman" w:cs="Times New Roman"/>
                <w:b/>
                <w:sz w:val="28"/>
              </w:rPr>
            </w:pPr>
          </w:p>
        </w:tc>
        <w:tc>
          <w:tcPr>
            <w:tcW w:w="1801" w:type="dxa"/>
            <w:vMerge/>
          </w:tcPr>
          <w:p w14:paraId="1AA4C05D" w14:textId="766A1A45" w:rsidR="00AD4627" w:rsidRDefault="00AD4627" w:rsidP="00B863E3">
            <w:pPr>
              <w:spacing w:after="0" w:line="240" w:lineRule="auto"/>
              <w:jc w:val="center"/>
              <w:rPr>
                <w:rFonts w:ascii="Times New Roman" w:eastAsia="Times New Roman" w:hAnsi="Times New Roman" w:cs="Times New Roman"/>
                <w:b/>
                <w:sz w:val="28"/>
              </w:rPr>
            </w:pPr>
          </w:p>
        </w:tc>
      </w:tr>
      <w:tr w:rsidR="00AD4627" w14:paraId="1C71B6FC" w14:textId="77777777" w:rsidTr="00AD4627">
        <w:tc>
          <w:tcPr>
            <w:tcW w:w="749" w:type="dxa"/>
          </w:tcPr>
          <w:p w14:paraId="18BB947F" w14:textId="77777777" w:rsidR="00AD4627" w:rsidRDefault="00AD4627">
            <w:pPr>
              <w:spacing w:after="0" w:line="240" w:lineRule="auto"/>
              <w:jc w:val="center"/>
            </w:pPr>
          </w:p>
        </w:tc>
        <w:tc>
          <w:tcPr>
            <w:tcW w:w="1606" w:type="dxa"/>
          </w:tcPr>
          <w:p w14:paraId="6F3C7A5D" w14:textId="77777777" w:rsidR="00AD4627" w:rsidRDefault="00AD4627">
            <w:pPr>
              <w:spacing w:after="0" w:line="240" w:lineRule="auto"/>
              <w:jc w:val="center"/>
            </w:pPr>
            <w:r>
              <w:rPr>
                <w:rFonts w:ascii="Times New Roman" w:eastAsia="Times New Roman" w:hAnsi="Times New Roman" w:cs="Times New Roman"/>
                <w:sz w:val="28"/>
              </w:rPr>
              <w:t>TỔNG CỘNG</w:t>
            </w:r>
          </w:p>
        </w:tc>
        <w:tc>
          <w:tcPr>
            <w:tcW w:w="1045" w:type="dxa"/>
          </w:tcPr>
          <w:p w14:paraId="7E2F44C2" w14:textId="59E43AE3" w:rsidR="00AD4627" w:rsidRDefault="00AD4627">
            <w:pPr>
              <w:spacing w:after="0" w:line="240" w:lineRule="auto"/>
              <w:jc w:val="center"/>
            </w:pPr>
            <w:r>
              <w:rPr>
                <w:rFonts w:ascii="Times New Roman" w:eastAsia="Times New Roman" w:hAnsi="Times New Roman" w:cs="Times New Roman"/>
                <w:sz w:val="28"/>
              </w:rPr>
              <w:t>50</w:t>
            </w:r>
          </w:p>
        </w:tc>
        <w:tc>
          <w:tcPr>
            <w:tcW w:w="1606" w:type="dxa"/>
          </w:tcPr>
          <w:p w14:paraId="766DB3CB" w14:textId="310470A3" w:rsidR="00AD4627" w:rsidRDefault="00AD4627">
            <w:pPr>
              <w:spacing w:after="0" w:line="240" w:lineRule="auto"/>
              <w:jc w:val="center"/>
            </w:pPr>
            <w:r>
              <w:rPr>
                <w:rFonts w:ascii="Times New Roman" w:eastAsia="Times New Roman" w:hAnsi="Times New Roman" w:cs="Times New Roman"/>
                <w:sz w:val="28"/>
              </w:rPr>
              <w:t>61</w:t>
            </w:r>
          </w:p>
        </w:tc>
        <w:tc>
          <w:tcPr>
            <w:tcW w:w="1357" w:type="dxa"/>
          </w:tcPr>
          <w:p w14:paraId="6997738C" w14:textId="426E5487" w:rsidR="00AD4627" w:rsidRDefault="00AD4627">
            <w:pPr>
              <w:spacing w:after="0" w:line="240" w:lineRule="auto"/>
              <w:jc w:val="center"/>
            </w:pPr>
            <w:r>
              <w:rPr>
                <w:rFonts w:ascii="Times New Roman" w:eastAsia="Times New Roman" w:hAnsi="Times New Roman" w:cs="Times New Roman"/>
                <w:sz w:val="28"/>
              </w:rPr>
              <w:t>6</w:t>
            </w:r>
          </w:p>
        </w:tc>
        <w:tc>
          <w:tcPr>
            <w:tcW w:w="903" w:type="dxa"/>
          </w:tcPr>
          <w:p w14:paraId="7238A4FD" w14:textId="3A729DFB" w:rsidR="00AD4627" w:rsidRDefault="00AD4627">
            <w:pPr>
              <w:spacing w:after="0" w:line="240" w:lineRule="auto"/>
              <w:jc w:val="center"/>
            </w:pPr>
            <w:r>
              <w:rPr>
                <w:rFonts w:ascii="Times New Roman" w:eastAsia="Times New Roman" w:hAnsi="Times New Roman" w:cs="Times New Roman"/>
                <w:sz w:val="28"/>
              </w:rPr>
              <w:t>10</w:t>
            </w:r>
          </w:p>
        </w:tc>
        <w:tc>
          <w:tcPr>
            <w:tcW w:w="1801" w:type="dxa"/>
            <w:vMerge/>
          </w:tcPr>
          <w:p w14:paraId="021E63AB" w14:textId="34C704E1" w:rsidR="00AD4627" w:rsidRDefault="00AD4627">
            <w:pPr>
              <w:spacing w:after="0" w:line="240" w:lineRule="auto"/>
              <w:jc w:val="center"/>
            </w:pPr>
          </w:p>
        </w:tc>
      </w:tr>
    </w:tbl>
    <w:p w14:paraId="5185AD60" w14:textId="77777777" w:rsidR="00840656" w:rsidRDefault="00000000">
      <w:pPr>
        <w:adjustRightInd w:val="0"/>
        <w:snapToGrid w:val="0"/>
        <w:spacing w:after="120" w:line="288" w:lineRule="auto"/>
        <w:ind w:firstLine="567"/>
        <w:jc w:val="both"/>
      </w:pPr>
      <w:r>
        <w:rPr>
          <w:rFonts w:ascii="Times New Roman" w:eastAsia="Times New Roman" w:hAnsi="Times New Roman" w:cs="Times New Roman"/>
          <w:b/>
          <w:sz w:val="28"/>
        </w:rPr>
        <w:t>Nhận xét:</w:t>
      </w:r>
    </w:p>
    <w:p w14:paraId="10590ED3" w14:textId="2E2117E2" w:rsidR="00840656" w:rsidRPr="0092086D" w:rsidRDefault="00000000">
      <w:pPr>
        <w:adjustRightInd w:val="0"/>
        <w:snapToGrid w:val="0"/>
        <w:spacing w:after="120" w:line="288" w:lineRule="auto"/>
        <w:ind w:firstLine="567"/>
        <w:jc w:val="both"/>
        <w:rPr>
          <w:lang w:val="vi-VN"/>
        </w:rPr>
      </w:pPr>
      <w:r>
        <w:rPr>
          <w:rFonts w:ascii="Times New Roman" w:eastAsia="Times New Roman" w:hAnsi="Times New Roman" w:cs="Times New Roman"/>
          <w:sz w:val="28"/>
        </w:rPr>
        <w:t xml:space="preserve">Tính đến ngày 13/9/2026 (tuần 37), toàn xã ghi nhận lũy tích </w:t>
      </w:r>
      <w:r w:rsidR="00AD4627">
        <w:rPr>
          <w:rFonts w:ascii="Times New Roman" w:eastAsia="Times New Roman" w:hAnsi="Times New Roman" w:cs="Times New Roman"/>
          <w:sz w:val="28"/>
        </w:rPr>
        <w:t>61</w:t>
      </w:r>
      <w:r>
        <w:rPr>
          <w:rFonts w:ascii="Times New Roman" w:eastAsia="Times New Roman" w:hAnsi="Times New Roman" w:cs="Times New Roman"/>
          <w:sz w:val="28"/>
        </w:rPr>
        <w:t xml:space="preserve">ổ dịch sốt xuất huyết (tăng </w:t>
      </w:r>
      <w:r w:rsidR="00AD4627">
        <w:rPr>
          <w:rFonts w:ascii="Times New Roman" w:eastAsia="Times New Roman" w:hAnsi="Times New Roman" w:cs="Times New Roman"/>
          <w:sz w:val="28"/>
        </w:rPr>
        <w:t>40</w:t>
      </w:r>
      <w:r>
        <w:rPr>
          <w:rFonts w:ascii="Times New Roman" w:eastAsia="Times New Roman" w:hAnsi="Times New Roman" w:cs="Times New Roman"/>
          <w:sz w:val="28"/>
        </w:rPr>
        <w:t xml:space="preserve"> ổ so với cùng kỳ năm 2025). Số ổ dịch mới phát sinh trong tuần duy trì ở mức </w:t>
      </w:r>
      <w:r w:rsidR="00AD4627">
        <w:rPr>
          <w:rFonts w:ascii="Times New Roman" w:eastAsia="Times New Roman" w:hAnsi="Times New Roman" w:cs="Times New Roman"/>
          <w:sz w:val="28"/>
        </w:rPr>
        <w:t>trung</w:t>
      </w:r>
      <w:r w:rsidR="00AD4627">
        <w:rPr>
          <w:rFonts w:ascii="Times New Roman" w:eastAsia="Times New Roman" w:hAnsi="Times New Roman" w:cs="Times New Roman"/>
          <w:sz w:val="28"/>
          <w:lang w:val="vi-VN"/>
        </w:rPr>
        <w:t xml:space="preserve"> bình </w:t>
      </w:r>
      <w:r>
        <w:rPr>
          <w:rFonts w:ascii="Times New Roman" w:eastAsia="Times New Roman" w:hAnsi="Times New Roman" w:cs="Times New Roman"/>
          <w:sz w:val="28"/>
        </w:rPr>
        <w:t xml:space="preserve"> với </w:t>
      </w:r>
      <w:r w:rsidR="0092086D">
        <w:rPr>
          <w:rFonts w:ascii="Times New Roman" w:eastAsia="Times New Roman" w:hAnsi="Times New Roman" w:cs="Times New Roman"/>
          <w:sz w:val="28"/>
        </w:rPr>
        <w:t>6</w:t>
      </w:r>
      <w:r w:rsidR="0092086D">
        <w:rPr>
          <w:rFonts w:ascii="Times New Roman" w:eastAsia="Times New Roman" w:hAnsi="Times New Roman" w:cs="Times New Roman"/>
          <w:sz w:val="28"/>
          <w:lang w:val="vi-VN"/>
        </w:rPr>
        <w:t xml:space="preserve"> </w:t>
      </w:r>
      <w:r>
        <w:rPr>
          <w:rFonts w:ascii="Times New Roman" w:eastAsia="Times New Roman" w:hAnsi="Times New Roman" w:cs="Times New Roman"/>
          <w:sz w:val="28"/>
        </w:rPr>
        <w:t xml:space="preserve">ổ, phân bố rải rác tại </w:t>
      </w:r>
      <w:r w:rsidR="0092086D">
        <w:rPr>
          <w:rFonts w:ascii="Times New Roman" w:eastAsia="Times New Roman" w:hAnsi="Times New Roman" w:cs="Times New Roman"/>
          <w:sz w:val="28"/>
        </w:rPr>
        <w:t>Thuận</w:t>
      </w:r>
      <w:r w:rsidR="0092086D">
        <w:rPr>
          <w:rFonts w:ascii="Times New Roman" w:eastAsia="Times New Roman" w:hAnsi="Times New Roman" w:cs="Times New Roman"/>
          <w:sz w:val="28"/>
          <w:lang w:val="vi-VN"/>
        </w:rPr>
        <w:t xml:space="preserve"> thành </w:t>
      </w:r>
      <w:r>
        <w:rPr>
          <w:rFonts w:ascii="Times New Roman" w:eastAsia="Times New Roman" w:hAnsi="Times New Roman" w:cs="Times New Roman"/>
          <w:sz w:val="28"/>
        </w:rPr>
        <w:t>(</w:t>
      </w:r>
      <w:r w:rsidR="0092086D">
        <w:rPr>
          <w:rFonts w:ascii="Times New Roman" w:eastAsia="Times New Roman" w:hAnsi="Times New Roman" w:cs="Times New Roman"/>
          <w:sz w:val="28"/>
        </w:rPr>
        <w:t>1</w:t>
      </w:r>
      <w:r>
        <w:rPr>
          <w:rFonts w:ascii="Times New Roman" w:eastAsia="Times New Roman" w:hAnsi="Times New Roman" w:cs="Times New Roman"/>
          <w:sz w:val="28"/>
        </w:rPr>
        <w:t xml:space="preserve"> ổ), </w:t>
      </w:r>
      <w:r w:rsidR="0092086D">
        <w:rPr>
          <w:rFonts w:ascii="Times New Roman" w:eastAsia="Times New Roman" w:hAnsi="Times New Roman" w:cs="Times New Roman"/>
          <w:sz w:val="28"/>
        </w:rPr>
        <w:t>Thuận</w:t>
      </w:r>
      <w:r w:rsidR="0092086D">
        <w:rPr>
          <w:rFonts w:ascii="Times New Roman" w:eastAsia="Times New Roman" w:hAnsi="Times New Roman" w:cs="Times New Roman"/>
          <w:sz w:val="28"/>
          <w:lang w:val="vi-VN"/>
        </w:rPr>
        <w:t xml:space="preserve"> Hòa </w:t>
      </w:r>
      <w:r>
        <w:rPr>
          <w:rFonts w:ascii="Times New Roman" w:eastAsia="Times New Roman" w:hAnsi="Times New Roman" w:cs="Times New Roman"/>
          <w:sz w:val="28"/>
        </w:rPr>
        <w:t xml:space="preserve">(1 ổ) và </w:t>
      </w:r>
      <w:r w:rsidR="0092086D">
        <w:rPr>
          <w:rFonts w:ascii="Times New Roman" w:eastAsia="Times New Roman" w:hAnsi="Times New Roman" w:cs="Times New Roman"/>
          <w:sz w:val="28"/>
        </w:rPr>
        <w:t>Thuận</w:t>
      </w:r>
      <w:r w:rsidR="0092086D">
        <w:rPr>
          <w:rFonts w:ascii="Times New Roman" w:eastAsia="Times New Roman" w:hAnsi="Times New Roman" w:cs="Times New Roman"/>
          <w:sz w:val="28"/>
          <w:lang w:val="vi-VN"/>
        </w:rPr>
        <w:t xml:space="preserve"> Hải </w:t>
      </w:r>
      <w:r>
        <w:rPr>
          <w:rFonts w:ascii="Times New Roman" w:eastAsia="Times New Roman" w:hAnsi="Times New Roman" w:cs="Times New Roman"/>
          <w:sz w:val="28"/>
        </w:rPr>
        <w:t>(1 ổ).</w:t>
      </w:r>
      <w:r w:rsidR="0092086D">
        <w:rPr>
          <w:rFonts w:ascii="Times New Roman" w:eastAsia="Times New Roman" w:hAnsi="Times New Roman" w:cs="Times New Roman"/>
          <w:sz w:val="28"/>
          <w:lang w:val="vi-VN"/>
        </w:rPr>
        <w:t xml:space="preserve"> Làng 3 (2 ổ), Thuận Phú (1 ổ ) </w:t>
      </w:r>
      <w:r w:rsidRPr="0092086D">
        <w:rPr>
          <w:rFonts w:ascii="Times New Roman" w:eastAsia="Times New Roman" w:hAnsi="Times New Roman" w:cs="Times New Roman"/>
          <w:sz w:val="28"/>
          <w:lang w:val="vi-VN"/>
        </w:rPr>
        <w:t xml:space="preserve"> tốc độ phát sinh ổ dịch mới </w:t>
      </w:r>
      <w:r w:rsidR="0092086D">
        <w:rPr>
          <w:rFonts w:ascii="Times New Roman" w:eastAsia="Times New Roman" w:hAnsi="Times New Roman" w:cs="Times New Roman"/>
          <w:sz w:val="28"/>
          <w:lang w:val="vi-VN"/>
        </w:rPr>
        <w:t xml:space="preserve">đang ỏ mức báo động </w:t>
      </w:r>
      <w:r w:rsidRPr="0092086D">
        <w:rPr>
          <w:rFonts w:ascii="Times New Roman" w:eastAsia="Times New Roman" w:hAnsi="Times New Roman" w:cs="Times New Roman"/>
          <w:sz w:val="28"/>
          <w:lang w:val="vi-VN"/>
        </w:rPr>
        <w:t xml:space="preserve">, gánh nặng bệnh tật lũy kế vẫn tập trung cao tại </w:t>
      </w:r>
      <w:r w:rsidR="0092086D">
        <w:rPr>
          <w:rFonts w:ascii="Times New Roman" w:eastAsia="Times New Roman" w:hAnsi="Times New Roman" w:cs="Times New Roman"/>
          <w:sz w:val="28"/>
          <w:lang w:val="vi-VN"/>
        </w:rPr>
        <w:t xml:space="preserve">Thuận Hòa ( 18 ổ ), Thuận thành ( 10 ổ ), Làng 3(15 ổ ), Thuận Hải( 11 ổ), trong tuần </w:t>
      </w:r>
      <w:r w:rsidRPr="0092086D">
        <w:rPr>
          <w:rFonts w:ascii="Times New Roman" w:eastAsia="Times New Roman" w:hAnsi="Times New Roman" w:cs="Times New Roman"/>
          <w:sz w:val="28"/>
          <w:lang w:val="vi-VN"/>
        </w:rPr>
        <w:t xml:space="preserve">Trạm Y tế cần khẩn trương xử lý hóa chất triệt để </w:t>
      </w:r>
      <w:r w:rsidR="0092086D">
        <w:rPr>
          <w:rFonts w:ascii="Times New Roman" w:eastAsia="Times New Roman" w:hAnsi="Times New Roman" w:cs="Times New Roman"/>
          <w:sz w:val="28"/>
          <w:lang w:val="vi-VN"/>
        </w:rPr>
        <w:t>6</w:t>
      </w:r>
      <w:r w:rsidRPr="0092086D">
        <w:rPr>
          <w:rFonts w:ascii="Times New Roman" w:eastAsia="Times New Roman" w:hAnsi="Times New Roman" w:cs="Times New Roman"/>
          <w:sz w:val="28"/>
          <w:lang w:val="vi-VN"/>
        </w:rPr>
        <w:t xml:space="preserve"> ổ dịch mới này trong vòng 48 giờ, đồng thời tiếp tục duy trì nghiêm ngặt công tác vãng gia, diệt lăng quăng tại các khu vực trọng điểm để ngăn chặn nguy cơ hình thành các ổ dịch thứ phát.</w:t>
      </w:r>
    </w:p>
    <w:p w14:paraId="439A6B0D" w14:textId="4122E9D4" w:rsidR="00840656" w:rsidRPr="006439EC" w:rsidRDefault="00000000">
      <w:pPr>
        <w:adjustRightInd w:val="0"/>
        <w:snapToGrid w:val="0"/>
        <w:spacing w:after="120" w:line="288" w:lineRule="auto"/>
        <w:ind w:firstLine="567"/>
        <w:jc w:val="both"/>
        <w:rPr>
          <w:lang w:val="vi-VN"/>
        </w:rPr>
      </w:pPr>
      <w:r w:rsidRPr="006439EC">
        <w:rPr>
          <w:rFonts w:ascii="Times New Roman" w:eastAsia="Times New Roman" w:hAnsi="Times New Roman" w:cs="Times New Roman"/>
          <w:b/>
          <w:sz w:val="28"/>
          <w:lang w:val="vi-VN"/>
        </w:rPr>
        <w:t xml:space="preserve">3. Kết quả hoạt động tại các </w:t>
      </w:r>
      <w:r w:rsidR="006439EC" w:rsidRPr="006439EC">
        <w:rPr>
          <w:rFonts w:ascii="Times New Roman" w:eastAsia="Times New Roman" w:hAnsi="Times New Roman" w:cs="Times New Roman"/>
          <w:b/>
          <w:sz w:val="28"/>
          <w:lang w:val="vi-VN"/>
        </w:rPr>
        <w:t>ấp</w:t>
      </w:r>
      <w:r w:rsidR="006439EC">
        <w:rPr>
          <w:rFonts w:ascii="Times New Roman" w:eastAsia="Times New Roman" w:hAnsi="Times New Roman" w:cs="Times New Roman"/>
          <w:b/>
          <w:sz w:val="28"/>
          <w:lang w:val="vi-VN"/>
        </w:rPr>
        <w:t xml:space="preserve"> </w:t>
      </w:r>
    </w:p>
    <w:tbl>
      <w:tblPr>
        <w:tblW w:w="7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1888"/>
        <w:gridCol w:w="1888"/>
        <w:gridCol w:w="1062"/>
        <w:gridCol w:w="1062"/>
        <w:gridCol w:w="1062"/>
      </w:tblGrid>
      <w:tr w:rsidR="0092086D" w14:paraId="22A21B4C" w14:textId="77777777" w:rsidTr="0092086D">
        <w:tc>
          <w:tcPr>
            <w:tcW w:w="881" w:type="dxa"/>
          </w:tcPr>
          <w:p w14:paraId="1609A69F" w14:textId="77777777" w:rsidR="0092086D" w:rsidRDefault="0092086D">
            <w:pPr>
              <w:spacing w:after="0" w:line="240" w:lineRule="auto"/>
              <w:jc w:val="center"/>
            </w:pPr>
            <w:r>
              <w:rPr>
                <w:rFonts w:ascii="Times New Roman" w:eastAsia="Times New Roman" w:hAnsi="Times New Roman" w:cs="Times New Roman"/>
                <w:b/>
                <w:sz w:val="28"/>
              </w:rPr>
              <w:lastRenderedPageBreak/>
              <w:t>STT</w:t>
            </w:r>
          </w:p>
        </w:tc>
        <w:tc>
          <w:tcPr>
            <w:tcW w:w="1888" w:type="dxa"/>
          </w:tcPr>
          <w:p w14:paraId="0B49CD86" w14:textId="77777777" w:rsidR="0092086D" w:rsidRDefault="0092086D">
            <w:pPr>
              <w:spacing w:after="0" w:line="240" w:lineRule="auto"/>
              <w:jc w:val="center"/>
            </w:pPr>
            <w:r>
              <w:rPr>
                <w:rFonts w:ascii="Times New Roman" w:eastAsia="Times New Roman" w:hAnsi="Times New Roman" w:cs="Times New Roman"/>
                <w:b/>
                <w:sz w:val="28"/>
              </w:rPr>
              <w:t>THÔN TRƯỚC SÁP NHẬP</w:t>
            </w:r>
          </w:p>
        </w:tc>
        <w:tc>
          <w:tcPr>
            <w:tcW w:w="1888" w:type="dxa"/>
          </w:tcPr>
          <w:p w14:paraId="20696808" w14:textId="77777777" w:rsidR="0092086D" w:rsidRDefault="0092086D">
            <w:pPr>
              <w:spacing w:after="0" w:line="240" w:lineRule="auto"/>
              <w:jc w:val="center"/>
            </w:pPr>
            <w:r>
              <w:rPr>
                <w:rFonts w:ascii="Times New Roman" w:eastAsia="Times New Roman" w:hAnsi="Times New Roman" w:cs="Times New Roman"/>
                <w:b/>
                <w:sz w:val="28"/>
              </w:rPr>
              <w:t>Tổng số hộ</w:t>
            </w:r>
          </w:p>
        </w:tc>
        <w:tc>
          <w:tcPr>
            <w:tcW w:w="1062" w:type="dxa"/>
          </w:tcPr>
          <w:p w14:paraId="06C8C8E9" w14:textId="77777777" w:rsidR="0092086D" w:rsidRDefault="0092086D">
            <w:pPr>
              <w:spacing w:after="0" w:line="240" w:lineRule="auto"/>
              <w:jc w:val="center"/>
            </w:pPr>
            <w:r>
              <w:rPr>
                <w:rFonts w:ascii="Times New Roman" w:eastAsia="Times New Roman" w:hAnsi="Times New Roman" w:cs="Times New Roman"/>
                <w:b/>
                <w:sz w:val="28"/>
              </w:rPr>
              <w:t>Kết quả tuần 37</w:t>
            </w:r>
          </w:p>
        </w:tc>
        <w:tc>
          <w:tcPr>
            <w:tcW w:w="1062" w:type="dxa"/>
          </w:tcPr>
          <w:p w14:paraId="5FD0497E" w14:textId="77777777" w:rsidR="0092086D" w:rsidRDefault="0092086D">
            <w:pPr>
              <w:spacing w:after="0" w:line="240" w:lineRule="auto"/>
              <w:jc w:val="center"/>
            </w:pPr>
            <w:r>
              <w:rPr>
                <w:rFonts w:ascii="Times New Roman" w:eastAsia="Times New Roman" w:hAnsi="Times New Roman" w:cs="Times New Roman"/>
                <w:b/>
                <w:sz w:val="28"/>
              </w:rPr>
              <w:t>Tổng cộng</w:t>
            </w:r>
          </w:p>
        </w:tc>
        <w:tc>
          <w:tcPr>
            <w:tcW w:w="1062" w:type="dxa"/>
          </w:tcPr>
          <w:p w14:paraId="54A03F1D" w14:textId="77777777" w:rsidR="0092086D" w:rsidRDefault="0092086D">
            <w:pPr>
              <w:spacing w:after="0" w:line="240" w:lineRule="auto"/>
              <w:jc w:val="center"/>
            </w:pPr>
            <w:r>
              <w:rPr>
                <w:rFonts w:ascii="Times New Roman" w:eastAsia="Times New Roman" w:hAnsi="Times New Roman" w:cs="Times New Roman"/>
                <w:b/>
                <w:sz w:val="28"/>
              </w:rPr>
              <w:t>Tỷ lệ (%)</w:t>
            </w:r>
          </w:p>
        </w:tc>
      </w:tr>
      <w:tr w:rsidR="0092086D" w14:paraId="0E3BDF8B" w14:textId="77777777" w:rsidTr="0092086D">
        <w:tc>
          <w:tcPr>
            <w:tcW w:w="881" w:type="dxa"/>
          </w:tcPr>
          <w:p w14:paraId="6F5CA480" w14:textId="5318016A" w:rsidR="0092086D" w:rsidRDefault="0092086D"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1</w:t>
            </w:r>
          </w:p>
        </w:tc>
        <w:tc>
          <w:tcPr>
            <w:tcW w:w="1888" w:type="dxa"/>
          </w:tcPr>
          <w:p w14:paraId="501FABC6" w14:textId="54DB3CC9" w:rsidR="0092086D" w:rsidRDefault="0092086D" w:rsidP="0092086D">
            <w:pPr>
              <w:spacing w:after="0" w:line="240" w:lineRule="auto"/>
              <w:jc w:val="center"/>
              <w:rPr>
                <w:rFonts w:ascii="Times New Roman" w:eastAsia="Times New Roman" w:hAnsi="Times New Roman" w:cs="Times New Roman"/>
                <w:b/>
                <w:sz w:val="28"/>
              </w:rPr>
            </w:pPr>
            <w:r w:rsidRPr="00867F76">
              <w:t xml:space="preserve">Thuận Thành </w:t>
            </w:r>
          </w:p>
        </w:tc>
        <w:tc>
          <w:tcPr>
            <w:tcW w:w="1888" w:type="dxa"/>
          </w:tcPr>
          <w:p w14:paraId="29A79D88" w14:textId="282FD180" w:rsidR="0092086D" w:rsidRDefault="0092086D"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1234</w:t>
            </w:r>
          </w:p>
        </w:tc>
        <w:tc>
          <w:tcPr>
            <w:tcW w:w="1062" w:type="dxa"/>
          </w:tcPr>
          <w:p w14:paraId="1E5334F6" w14:textId="52C45A93" w:rsidR="0092086D" w:rsidRPr="006439EC" w:rsidRDefault="006439EC" w:rsidP="0092086D">
            <w:pPr>
              <w:spacing w:after="0" w:line="240" w:lineRule="auto"/>
              <w:jc w:val="center"/>
              <w:rPr>
                <w:rFonts w:ascii="Times New Roman" w:eastAsia="Times New Roman" w:hAnsi="Times New Roman" w:cs="Times New Roman"/>
                <w:b/>
                <w:sz w:val="28"/>
                <w:lang w:val="vi-VN"/>
              </w:rPr>
            </w:pPr>
            <w:r>
              <w:rPr>
                <w:rFonts w:ascii="Times New Roman" w:eastAsia="Times New Roman" w:hAnsi="Times New Roman" w:cs="Times New Roman"/>
                <w:b/>
                <w:sz w:val="28"/>
                <w:lang w:val="vi-VN"/>
              </w:rPr>
              <w:t>155</w:t>
            </w:r>
          </w:p>
        </w:tc>
        <w:tc>
          <w:tcPr>
            <w:tcW w:w="1062" w:type="dxa"/>
          </w:tcPr>
          <w:p w14:paraId="792390F0" w14:textId="0417BE17" w:rsidR="0092086D" w:rsidRDefault="006439EC"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546</w:t>
            </w:r>
          </w:p>
        </w:tc>
        <w:tc>
          <w:tcPr>
            <w:tcW w:w="1062" w:type="dxa"/>
          </w:tcPr>
          <w:p w14:paraId="647C43A4" w14:textId="1FF1F62C" w:rsidR="0092086D" w:rsidRPr="006439EC" w:rsidRDefault="006439EC" w:rsidP="0092086D">
            <w:pPr>
              <w:spacing w:after="0" w:line="240" w:lineRule="auto"/>
              <w:jc w:val="center"/>
              <w:rPr>
                <w:rFonts w:ascii="Times New Roman" w:eastAsia="Times New Roman" w:hAnsi="Times New Roman" w:cs="Times New Roman"/>
                <w:b/>
                <w:sz w:val="28"/>
                <w:lang w:val="vi-VN"/>
              </w:rPr>
            </w:pPr>
            <w:r>
              <w:rPr>
                <w:rFonts w:ascii="Times New Roman" w:eastAsia="Times New Roman" w:hAnsi="Times New Roman" w:cs="Times New Roman"/>
                <w:b/>
                <w:sz w:val="28"/>
              </w:rPr>
              <w:t>44</w:t>
            </w:r>
            <w:r>
              <w:rPr>
                <w:rFonts w:ascii="Times New Roman" w:eastAsia="Times New Roman" w:hAnsi="Times New Roman" w:cs="Times New Roman"/>
                <w:b/>
                <w:sz w:val="28"/>
                <w:lang w:val="vi-VN"/>
              </w:rPr>
              <w:t>%</w:t>
            </w:r>
          </w:p>
        </w:tc>
      </w:tr>
      <w:tr w:rsidR="0092086D" w14:paraId="799869AB" w14:textId="77777777" w:rsidTr="0092086D">
        <w:tc>
          <w:tcPr>
            <w:tcW w:w="881" w:type="dxa"/>
          </w:tcPr>
          <w:p w14:paraId="00EE667B" w14:textId="31418CCA" w:rsidR="0092086D" w:rsidRDefault="0092086D"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2</w:t>
            </w:r>
          </w:p>
        </w:tc>
        <w:tc>
          <w:tcPr>
            <w:tcW w:w="1888" w:type="dxa"/>
          </w:tcPr>
          <w:p w14:paraId="54DE32DB" w14:textId="79B7BE69" w:rsidR="0092086D" w:rsidRDefault="0092086D" w:rsidP="0092086D">
            <w:pPr>
              <w:spacing w:after="0" w:line="240" w:lineRule="auto"/>
              <w:jc w:val="center"/>
              <w:rPr>
                <w:rFonts w:ascii="Times New Roman" w:eastAsia="Times New Roman" w:hAnsi="Times New Roman" w:cs="Times New Roman"/>
                <w:b/>
                <w:sz w:val="28"/>
              </w:rPr>
            </w:pPr>
            <w:r w:rsidRPr="00867F76">
              <w:t xml:space="preserve">Thuận Hòa </w:t>
            </w:r>
          </w:p>
        </w:tc>
        <w:tc>
          <w:tcPr>
            <w:tcW w:w="1888" w:type="dxa"/>
          </w:tcPr>
          <w:p w14:paraId="3F549198" w14:textId="23593359" w:rsidR="0092086D" w:rsidRDefault="0092086D"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1450</w:t>
            </w:r>
          </w:p>
        </w:tc>
        <w:tc>
          <w:tcPr>
            <w:tcW w:w="1062" w:type="dxa"/>
          </w:tcPr>
          <w:p w14:paraId="2A624811" w14:textId="7833EF72" w:rsidR="0092086D" w:rsidRDefault="006439EC"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130</w:t>
            </w:r>
          </w:p>
        </w:tc>
        <w:tc>
          <w:tcPr>
            <w:tcW w:w="1062" w:type="dxa"/>
          </w:tcPr>
          <w:p w14:paraId="17737178" w14:textId="7CE0B9F6" w:rsidR="0092086D" w:rsidRDefault="006439EC"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465</w:t>
            </w:r>
          </w:p>
        </w:tc>
        <w:tc>
          <w:tcPr>
            <w:tcW w:w="1062" w:type="dxa"/>
          </w:tcPr>
          <w:p w14:paraId="42D4D266" w14:textId="5FD0447E" w:rsidR="0092086D" w:rsidRPr="006439EC" w:rsidRDefault="006439EC" w:rsidP="0092086D">
            <w:pPr>
              <w:spacing w:after="0" w:line="240" w:lineRule="auto"/>
              <w:jc w:val="center"/>
              <w:rPr>
                <w:rFonts w:ascii="Times New Roman" w:eastAsia="Times New Roman" w:hAnsi="Times New Roman" w:cs="Times New Roman"/>
                <w:b/>
                <w:sz w:val="28"/>
                <w:lang w:val="vi-VN"/>
              </w:rPr>
            </w:pPr>
            <w:r>
              <w:rPr>
                <w:rFonts w:ascii="Times New Roman" w:eastAsia="Times New Roman" w:hAnsi="Times New Roman" w:cs="Times New Roman"/>
                <w:b/>
                <w:sz w:val="28"/>
              </w:rPr>
              <w:t>32</w:t>
            </w:r>
            <w:r>
              <w:rPr>
                <w:rFonts w:ascii="Times New Roman" w:eastAsia="Times New Roman" w:hAnsi="Times New Roman" w:cs="Times New Roman"/>
                <w:b/>
                <w:sz w:val="28"/>
                <w:lang w:val="vi-VN"/>
              </w:rPr>
              <w:t>%</w:t>
            </w:r>
          </w:p>
        </w:tc>
      </w:tr>
      <w:tr w:rsidR="0092086D" w14:paraId="0796D95E" w14:textId="77777777" w:rsidTr="0092086D">
        <w:tc>
          <w:tcPr>
            <w:tcW w:w="881" w:type="dxa"/>
          </w:tcPr>
          <w:p w14:paraId="7CDF9F4A" w14:textId="0A865AA2" w:rsidR="0092086D" w:rsidRDefault="0092086D"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3</w:t>
            </w:r>
          </w:p>
        </w:tc>
        <w:tc>
          <w:tcPr>
            <w:tcW w:w="1888" w:type="dxa"/>
          </w:tcPr>
          <w:p w14:paraId="29EECCF9" w14:textId="1910C8B8" w:rsidR="0092086D" w:rsidRDefault="0092086D" w:rsidP="0092086D">
            <w:pPr>
              <w:spacing w:after="0" w:line="240" w:lineRule="auto"/>
              <w:jc w:val="center"/>
              <w:rPr>
                <w:rFonts w:ascii="Times New Roman" w:eastAsia="Times New Roman" w:hAnsi="Times New Roman" w:cs="Times New Roman"/>
                <w:b/>
                <w:sz w:val="28"/>
              </w:rPr>
            </w:pPr>
            <w:r w:rsidRPr="00867F76">
              <w:t xml:space="preserve">Thuận Hải </w:t>
            </w:r>
          </w:p>
        </w:tc>
        <w:tc>
          <w:tcPr>
            <w:tcW w:w="1888" w:type="dxa"/>
          </w:tcPr>
          <w:p w14:paraId="5BA7A348" w14:textId="2E0B29EC" w:rsidR="0092086D" w:rsidRDefault="0092086D"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1131</w:t>
            </w:r>
          </w:p>
        </w:tc>
        <w:tc>
          <w:tcPr>
            <w:tcW w:w="1062" w:type="dxa"/>
          </w:tcPr>
          <w:p w14:paraId="492FDA8C" w14:textId="6A3D7FA6" w:rsidR="0092086D" w:rsidRDefault="006439EC"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150</w:t>
            </w:r>
          </w:p>
        </w:tc>
        <w:tc>
          <w:tcPr>
            <w:tcW w:w="1062" w:type="dxa"/>
          </w:tcPr>
          <w:p w14:paraId="4BDFFB16" w14:textId="06A3D2E0" w:rsidR="0092086D" w:rsidRDefault="006439EC"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444</w:t>
            </w:r>
          </w:p>
        </w:tc>
        <w:tc>
          <w:tcPr>
            <w:tcW w:w="1062" w:type="dxa"/>
          </w:tcPr>
          <w:p w14:paraId="6AB046BE" w14:textId="7710AC80" w:rsidR="0092086D" w:rsidRPr="006439EC" w:rsidRDefault="006439EC" w:rsidP="0092086D">
            <w:pPr>
              <w:spacing w:after="0" w:line="240" w:lineRule="auto"/>
              <w:jc w:val="center"/>
              <w:rPr>
                <w:rFonts w:ascii="Times New Roman" w:eastAsia="Times New Roman" w:hAnsi="Times New Roman" w:cs="Times New Roman"/>
                <w:b/>
                <w:sz w:val="28"/>
                <w:lang w:val="vi-VN"/>
              </w:rPr>
            </w:pPr>
            <w:r>
              <w:rPr>
                <w:rFonts w:ascii="Times New Roman" w:eastAsia="Times New Roman" w:hAnsi="Times New Roman" w:cs="Times New Roman"/>
                <w:b/>
                <w:sz w:val="28"/>
              </w:rPr>
              <w:t>39</w:t>
            </w:r>
            <w:r>
              <w:rPr>
                <w:rFonts w:ascii="Times New Roman" w:eastAsia="Times New Roman" w:hAnsi="Times New Roman" w:cs="Times New Roman"/>
                <w:b/>
                <w:sz w:val="28"/>
                <w:lang w:val="vi-VN"/>
              </w:rPr>
              <w:t>%</w:t>
            </w:r>
          </w:p>
        </w:tc>
      </w:tr>
      <w:tr w:rsidR="0092086D" w14:paraId="794912BF" w14:textId="77777777" w:rsidTr="0092086D">
        <w:tc>
          <w:tcPr>
            <w:tcW w:w="881" w:type="dxa"/>
          </w:tcPr>
          <w:p w14:paraId="55130F60" w14:textId="47AB1EC9" w:rsidR="0092086D" w:rsidRDefault="0092086D"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4</w:t>
            </w:r>
          </w:p>
        </w:tc>
        <w:tc>
          <w:tcPr>
            <w:tcW w:w="1888" w:type="dxa"/>
          </w:tcPr>
          <w:p w14:paraId="5741C7EA" w14:textId="33F0F703" w:rsidR="0092086D" w:rsidRDefault="0092086D" w:rsidP="0092086D">
            <w:pPr>
              <w:spacing w:after="0" w:line="240" w:lineRule="auto"/>
              <w:jc w:val="center"/>
              <w:rPr>
                <w:rFonts w:ascii="Times New Roman" w:eastAsia="Times New Roman" w:hAnsi="Times New Roman" w:cs="Times New Roman"/>
                <w:b/>
                <w:sz w:val="28"/>
              </w:rPr>
            </w:pPr>
            <w:r w:rsidRPr="00867F76">
              <w:t>Ấp Làng 3</w:t>
            </w:r>
          </w:p>
        </w:tc>
        <w:tc>
          <w:tcPr>
            <w:tcW w:w="1888" w:type="dxa"/>
          </w:tcPr>
          <w:p w14:paraId="2682393E" w14:textId="6FE49262" w:rsidR="0092086D" w:rsidRDefault="0092086D"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1693</w:t>
            </w:r>
          </w:p>
        </w:tc>
        <w:tc>
          <w:tcPr>
            <w:tcW w:w="1062" w:type="dxa"/>
          </w:tcPr>
          <w:p w14:paraId="6CDAD3AA" w14:textId="04A2D7C9" w:rsidR="0092086D" w:rsidRDefault="006439EC"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163</w:t>
            </w:r>
          </w:p>
        </w:tc>
        <w:tc>
          <w:tcPr>
            <w:tcW w:w="1062" w:type="dxa"/>
          </w:tcPr>
          <w:p w14:paraId="21F7204A" w14:textId="4F277771" w:rsidR="0092086D" w:rsidRDefault="006439EC"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514</w:t>
            </w:r>
          </w:p>
        </w:tc>
        <w:tc>
          <w:tcPr>
            <w:tcW w:w="1062" w:type="dxa"/>
          </w:tcPr>
          <w:p w14:paraId="209E705B" w14:textId="5224E777" w:rsidR="0092086D" w:rsidRPr="006439EC" w:rsidRDefault="006439EC" w:rsidP="0092086D">
            <w:pPr>
              <w:spacing w:after="0" w:line="240" w:lineRule="auto"/>
              <w:jc w:val="center"/>
              <w:rPr>
                <w:rFonts w:ascii="Times New Roman" w:eastAsia="Times New Roman" w:hAnsi="Times New Roman" w:cs="Times New Roman"/>
                <w:b/>
                <w:sz w:val="28"/>
                <w:lang w:val="vi-VN"/>
              </w:rPr>
            </w:pPr>
            <w:r>
              <w:rPr>
                <w:rFonts w:ascii="Times New Roman" w:eastAsia="Times New Roman" w:hAnsi="Times New Roman" w:cs="Times New Roman"/>
                <w:b/>
                <w:sz w:val="28"/>
              </w:rPr>
              <w:t>30</w:t>
            </w:r>
            <w:r>
              <w:rPr>
                <w:rFonts w:ascii="Times New Roman" w:eastAsia="Times New Roman" w:hAnsi="Times New Roman" w:cs="Times New Roman"/>
                <w:b/>
                <w:sz w:val="28"/>
                <w:lang w:val="vi-VN"/>
              </w:rPr>
              <w:t>,3%</w:t>
            </w:r>
          </w:p>
        </w:tc>
      </w:tr>
      <w:tr w:rsidR="0092086D" w14:paraId="0DF28EF2" w14:textId="77777777" w:rsidTr="0092086D">
        <w:tc>
          <w:tcPr>
            <w:tcW w:w="881" w:type="dxa"/>
          </w:tcPr>
          <w:p w14:paraId="2D5789C9" w14:textId="3BAD4E55" w:rsidR="0092086D" w:rsidRDefault="0092086D"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5</w:t>
            </w:r>
          </w:p>
        </w:tc>
        <w:tc>
          <w:tcPr>
            <w:tcW w:w="1888" w:type="dxa"/>
          </w:tcPr>
          <w:p w14:paraId="124DBBFD" w14:textId="3E410276" w:rsidR="0092086D" w:rsidRDefault="0092086D" w:rsidP="0092086D">
            <w:pPr>
              <w:spacing w:after="0" w:line="240" w:lineRule="auto"/>
              <w:jc w:val="center"/>
              <w:rPr>
                <w:rFonts w:ascii="Times New Roman" w:eastAsia="Times New Roman" w:hAnsi="Times New Roman" w:cs="Times New Roman"/>
                <w:b/>
                <w:sz w:val="28"/>
              </w:rPr>
            </w:pPr>
            <w:r w:rsidRPr="00867F76">
              <w:t xml:space="preserve">Thuận Phú </w:t>
            </w:r>
          </w:p>
        </w:tc>
        <w:tc>
          <w:tcPr>
            <w:tcW w:w="1888" w:type="dxa"/>
          </w:tcPr>
          <w:p w14:paraId="484DB357" w14:textId="39960B69" w:rsidR="0092086D" w:rsidRDefault="0092086D"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872</w:t>
            </w:r>
          </w:p>
        </w:tc>
        <w:tc>
          <w:tcPr>
            <w:tcW w:w="1062" w:type="dxa"/>
          </w:tcPr>
          <w:p w14:paraId="67E5FBD3" w14:textId="0EBBAE8B" w:rsidR="0092086D" w:rsidRDefault="006439EC"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80</w:t>
            </w:r>
          </w:p>
        </w:tc>
        <w:tc>
          <w:tcPr>
            <w:tcW w:w="1062" w:type="dxa"/>
          </w:tcPr>
          <w:p w14:paraId="7CFACB14" w14:textId="2BCC0F64" w:rsidR="0092086D" w:rsidRDefault="006439EC" w:rsidP="0092086D">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389</w:t>
            </w:r>
          </w:p>
        </w:tc>
        <w:tc>
          <w:tcPr>
            <w:tcW w:w="1062" w:type="dxa"/>
          </w:tcPr>
          <w:p w14:paraId="3C4DC104" w14:textId="19D53197" w:rsidR="0092086D" w:rsidRPr="006439EC" w:rsidRDefault="006439EC" w:rsidP="0092086D">
            <w:pPr>
              <w:spacing w:after="0" w:line="240" w:lineRule="auto"/>
              <w:jc w:val="center"/>
              <w:rPr>
                <w:rFonts w:ascii="Times New Roman" w:eastAsia="Times New Roman" w:hAnsi="Times New Roman" w:cs="Times New Roman"/>
                <w:b/>
                <w:sz w:val="28"/>
                <w:lang w:val="vi-VN"/>
              </w:rPr>
            </w:pPr>
            <w:r>
              <w:rPr>
                <w:rFonts w:ascii="Times New Roman" w:eastAsia="Times New Roman" w:hAnsi="Times New Roman" w:cs="Times New Roman"/>
                <w:b/>
                <w:sz w:val="28"/>
              </w:rPr>
              <w:t>44</w:t>
            </w:r>
            <w:r>
              <w:rPr>
                <w:rFonts w:ascii="Times New Roman" w:eastAsia="Times New Roman" w:hAnsi="Times New Roman" w:cs="Times New Roman"/>
                <w:b/>
                <w:sz w:val="28"/>
                <w:lang w:val="vi-VN"/>
              </w:rPr>
              <w:t>,6%</w:t>
            </w:r>
          </w:p>
        </w:tc>
      </w:tr>
      <w:tr w:rsidR="0092086D" w14:paraId="15E5AD5A" w14:textId="77777777" w:rsidTr="0092086D">
        <w:tc>
          <w:tcPr>
            <w:tcW w:w="881" w:type="dxa"/>
          </w:tcPr>
          <w:p w14:paraId="3942575F" w14:textId="77777777" w:rsidR="0092086D" w:rsidRDefault="0092086D">
            <w:pPr>
              <w:spacing w:after="0" w:line="240" w:lineRule="auto"/>
              <w:jc w:val="center"/>
            </w:pPr>
          </w:p>
        </w:tc>
        <w:tc>
          <w:tcPr>
            <w:tcW w:w="1888" w:type="dxa"/>
          </w:tcPr>
          <w:p w14:paraId="411EB5EC" w14:textId="77777777" w:rsidR="0092086D" w:rsidRDefault="0092086D">
            <w:pPr>
              <w:spacing w:after="0" w:line="240" w:lineRule="auto"/>
              <w:jc w:val="center"/>
            </w:pPr>
            <w:r>
              <w:rPr>
                <w:rFonts w:ascii="Times New Roman" w:eastAsia="Times New Roman" w:hAnsi="Times New Roman" w:cs="Times New Roman"/>
                <w:sz w:val="28"/>
              </w:rPr>
              <w:t>Tổng cộng</w:t>
            </w:r>
          </w:p>
        </w:tc>
        <w:tc>
          <w:tcPr>
            <w:tcW w:w="1888" w:type="dxa"/>
          </w:tcPr>
          <w:p w14:paraId="7ACA79DD" w14:textId="334FEAC6" w:rsidR="0092086D" w:rsidRDefault="006439EC">
            <w:pPr>
              <w:spacing w:after="0" w:line="240" w:lineRule="auto"/>
              <w:jc w:val="center"/>
            </w:pPr>
            <w:r>
              <w:rPr>
                <w:rFonts w:ascii="Times New Roman" w:eastAsia="Times New Roman" w:hAnsi="Times New Roman" w:cs="Times New Roman"/>
                <w:sz w:val="28"/>
              </w:rPr>
              <w:t>6380</w:t>
            </w:r>
          </w:p>
        </w:tc>
        <w:tc>
          <w:tcPr>
            <w:tcW w:w="1062" w:type="dxa"/>
          </w:tcPr>
          <w:p w14:paraId="44B21EBA" w14:textId="326F7CC4" w:rsidR="0092086D" w:rsidRDefault="006439EC">
            <w:pPr>
              <w:spacing w:after="0" w:line="240" w:lineRule="auto"/>
              <w:jc w:val="center"/>
            </w:pPr>
            <w:r>
              <w:rPr>
                <w:rFonts w:ascii="Times New Roman" w:eastAsia="Times New Roman" w:hAnsi="Times New Roman" w:cs="Times New Roman"/>
                <w:sz w:val="28"/>
              </w:rPr>
              <w:t>678</w:t>
            </w:r>
          </w:p>
        </w:tc>
        <w:tc>
          <w:tcPr>
            <w:tcW w:w="1062" w:type="dxa"/>
          </w:tcPr>
          <w:p w14:paraId="0051A0C3" w14:textId="0741D4C2" w:rsidR="0092086D" w:rsidRDefault="006439EC">
            <w:pPr>
              <w:spacing w:after="0" w:line="240" w:lineRule="auto"/>
              <w:jc w:val="center"/>
            </w:pPr>
            <w:r>
              <w:rPr>
                <w:rFonts w:ascii="Times New Roman" w:eastAsia="Times New Roman" w:hAnsi="Times New Roman" w:cs="Times New Roman"/>
                <w:sz w:val="28"/>
              </w:rPr>
              <w:t>2358</w:t>
            </w:r>
          </w:p>
        </w:tc>
        <w:tc>
          <w:tcPr>
            <w:tcW w:w="1062" w:type="dxa"/>
          </w:tcPr>
          <w:p w14:paraId="56910E7D" w14:textId="2EA871A7" w:rsidR="0092086D" w:rsidRPr="006439EC" w:rsidRDefault="006439EC">
            <w:pPr>
              <w:spacing w:after="0" w:line="240" w:lineRule="auto"/>
              <w:jc w:val="center"/>
              <w:rPr>
                <w:lang w:val="vi-VN"/>
              </w:rPr>
            </w:pPr>
            <w:r>
              <w:rPr>
                <w:rFonts w:ascii="Times New Roman" w:eastAsia="Times New Roman" w:hAnsi="Times New Roman" w:cs="Times New Roman"/>
                <w:sz w:val="28"/>
              </w:rPr>
              <w:t>36</w:t>
            </w:r>
            <w:r>
              <w:rPr>
                <w:rFonts w:ascii="Times New Roman" w:eastAsia="Times New Roman" w:hAnsi="Times New Roman" w:cs="Times New Roman"/>
                <w:sz w:val="28"/>
                <w:lang w:val="vi-VN"/>
              </w:rPr>
              <w:t>,9%</w:t>
            </w:r>
          </w:p>
        </w:tc>
      </w:tr>
    </w:tbl>
    <w:p w14:paraId="58098D90" w14:textId="77777777" w:rsidR="00B953D4" w:rsidRDefault="00B953D4">
      <w:pPr>
        <w:adjustRightInd w:val="0"/>
        <w:snapToGrid w:val="0"/>
        <w:spacing w:after="120" w:line="288" w:lineRule="auto"/>
        <w:ind w:firstLine="567"/>
        <w:jc w:val="both"/>
        <w:rPr>
          <w:rFonts w:ascii="Times New Roman" w:eastAsia="Times New Roman" w:hAnsi="Times New Roman" w:cs="Times New Roman"/>
          <w:b/>
          <w:sz w:val="28"/>
          <w:lang w:val="vi-VN"/>
        </w:rPr>
      </w:pPr>
    </w:p>
    <w:p w14:paraId="71F47B2D" w14:textId="77777777" w:rsidR="00B953D4" w:rsidRDefault="00B953D4">
      <w:pPr>
        <w:adjustRightInd w:val="0"/>
        <w:snapToGrid w:val="0"/>
        <w:spacing w:after="120" w:line="288" w:lineRule="auto"/>
        <w:ind w:firstLine="567"/>
        <w:jc w:val="both"/>
        <w:rPr>
          <w:rFonts w:ascii="Times New Roman" w:eastAsia="Times New Roman" w:hAnsi="Times New Roman" w:cs="Times New Roman"/>
          <w:b/>
          <w:sz w:val="28"/>
          <w:lang w:val="vi-VN"/>
        </w:rPr>
      </w:pPr>
    </w:p>
    <w:p w14:paraId="273812B0" w14:textId="0188A37C" w:rsidR="00840656" w:rsidRDefault="00000000">
      <w:pPr>
        <w:adjustRightInd w:val="0"/>
        <w:snapToGrid w:val="0"/>
        <w:spacing w:after="120" w:line="288" w:lineRule="auto"/>
        <w:ind w:firstLine="567"/>
        <w:jc w:val="both"/>
      </w:pPr>
      <w:r>
        <w:rPr>
          <w:rFonts w:ascii="Times New Roman" w:eastAsia="Times New Roman" w:hAnsi="Times New Roman" w:cs="Times New Roman"/>
          <w:b/>
          <w:sz w:val="28"/>
        </w:rPr>
        <w:t>Nhận xét:</w:t>
      </w:r>
    </w:p>
    <w:p w14:paraId="2D31BE3C" w14:textId="371E666B" w:rsidR="00840656" w:rsidRDefault="00000000">
      <w:pPr>
        <w:adjustRightInd w:val="0"/>
        <w:snapToGrid w:val="0"/>
        <w:spacing w:after="120" w:line="288" w:lineRule="auto"/>
        <w:ind w:firstLine="567"/>
        <w:jc w:val="both"/>
      </w:pPr>
      <w:r>
        <w:rPr>
          <w:rFonts w:ascii="Times New Roman" w:eastAsia="Times New Roman" w:hAnsi="Times New Roman" w:cs="Times New Roman"/>
          <w:sz w:val="28"/>
        </w:rPr>
        <w:t xml:space="preserve">Lũy kế đến hết tuần 37, công tác vãng gia diệt lăng quăng trên toàn xã đã tiếp cận được </w:t>
      </w:r>
      <w:r w:rsidR="006439EC">
        <w:rPr>
          <w:rFonts w:ascii="Times New Roman" w:eastAsia="Times New Roman" w:hAnsi="Times New Roman" w:cs="Times New Roman"/>
          <w:sz w:val="28"/>
        </w:rPr>
        <w:t>2358</w:t>
      </w:r>
      <w:r w:rsidR="006439EC">
        <w:rPr>
          <w:rFonts w:ascii="Times New Roman" w:eastAsia="Times New Roman" w:hAnsi="Times New Roman" w:cs="Times New Roman"/>
          <w:sz w:val="28"/>
          <w:lang w:val="vi-VN"/>
        </w:rPr>
        <w:t xml:space="preserve"> </w:t>
      </w:r>
      <w:r>
        <w:rPr>
          <w:rFonts w:ascii="Times New Roman" w:eastAsia="Times New Roman" w:hAnsi="Times New Roman" w:cs="Times New Roman"/>
          <w:sz w:val="28"/>
        </w:rPr>
        <w:t xml:space="preserve">lượt hộ, chính thức đạt tỷ lệ bao phủ </w:t>
      </w:r>
      <w:r w:rsidR="006439EC">
        <w:rPr>
          <w:rFonts w:ascii="Times New Roman" w:eastAsia="Times New Roman" w:hAnsi="Times New Roman" w:cs="Times New Roman"/>
          <w:sz w:val="28"/>
        </w:rPr>
        <w:t>36</w:t>
      </w:r>
      <w:r w:rsidR="006439EC">
        <w:rPr>
          <w:rFonts w:ascii="Times New Roman" w:eastAsia="Times New Roman" w:hAnsi="Times New Roman" w:cs="Times New Roman"/>
          <w:sz w:val="28"/>
          <w:lang w:val="vi-VN"/>
        </w:rPr>
        <w:t>.9</w:t>
      </w:r>
      <w:r>
        <w:rPr>
          <w:rFonts w:ascii="Times New Roman" w:eastAsia="Times New Roman" w:hAnsi="Times New Roman" w:cs="Times New Roman"/>
          <w:sz w:val="28"/>
        </w:rPr>
        <w:t xml:space="preserve">% tổng số hộ dân. </w:t>
      </w:r>
      <w:r w:rsidR="008D1112">
        <w:rPr>
          <w:rFonts w:ascii="Times New Roman" w:eastAsia="Times New Roman" w:hAnsi="Times New Roman" w:cs="Times New Roman"/>
          <w:sz w:val="28"/>
        </w:rPr>
        <w:t>Qua</w:t>
      </w:r>
      <w:r w:rsidR="008D1112">
        <w:rPr>
          <w:rFonts w:ascii="Times New Roman" w:eastAsia="Times New Roman" w:hAnsi="Times New Roman" w:cs="Times New Roman"/>
          <w:sz w:val="28"/>
          <w:lang w:val="vi-VN"/>
        </w:rPr>
        <w:t xml:space="preserve"> số liệu trên cho thấy công tác diệt loăng quăng vệ sinh môi trường chưa đạt kết quả cao, tỷ lệ đạt chưa tới 50 % so với số hộ, </w:t>
      </w:r>
      <w:r>
        <w:rPr>
          <w:rFonts w:ascii="Times New Roman" w:eastAsia="Times New Roman" w:hAnsi="Times New Roman" w:cs="Times New Roman"/>
          <w:sz w:val="28"/>
        </w:rPr>
        <w:t xml:space="preserve"> Đề nghị Ban quản lý các </w:t>
      </w:r>
      <w:r w:rsidR="008D1112">
        <w:rPr>
          <w:rFonts w:ascii="Times New Roman" w:eastAsia="Times New Roman" w:hAnsi="Times New Roman" w:cs="Times New Roman"/>
          <w:sz w:val="28"/>
        </w:rPr>
        <w:t>ấp</w:t>
      </w:r>
      <w:r>
        <w:rPr>
          <w:rFonts w:ascii="Times New Roman" w:eastAsia="Times New Roman" w:hAnsi="Times New Roman" w:cs="Times New Roman"/>
          <w:sz w:val="28"/>
        </w:rPr>
        <w:t>, , khẩn trương chấn chỉnh, đôn đốc lực lượng duy trì nghiêm ngặt chiến dịch ra quân hằng tuần, kiên quyết bịt kín các "lỗ hổng" giám sát nhằm bảo vệ vững chắc thành quả chống dịch.</w:t>
      </w:r>
    </w:p>
    <w:p w14:paraId="685BC488" w14:textId="77777777" w:rsidR="00840656" w:rsidRDefault="00000000">
      <w:pPr>
        <w:adjustRightInd w:val="0"/>
        <w:snapToGrid w:val="0"/>
        <w:spacing w:after="120" w:line="288" w:lineRule="auto"/>
        <w:ind w:firstLine="567"/>
        <w:jc w:val="both"/>
      </w:pPr>
      <w:r>
        <w:rPr>
          <w:rFonts w:ascii="Times New Roman" w:eastAsia="Times New Roman" w:hAnsi="Times New Roman" w:cs="Times New Roman"/>
          <w:b/>
          <w:sz w:val="28"/>
        </w:rPr>
        <w:t>4. Kết quả điều tra chỉ số côn trùng</w:t>
      </w:r>
    </w:p>
    <w:p w14:paraId="238F9337" w14:textId="1CFF35F1" w:rsidR="00840656" w:rsidRDefault="00000000">
      <w:pPr>
        <w:adjustRightInd w:val="0"/>
        <w:snapToGrid w:val="0"/>
        <w:spacing w:after="120" w:line="288" w:lineRule="auto"/>
        <w:ind w:firstLine="567"/>
        <w:jc w:val="both"/>
      </w:pPr>
      <w:r>
        <w:rPr>
          <w:rFonts w:ascii="Times New Roman" w:eastAsia="Times New Roman" w:hAnsi="Times New Roman" w:cs="Times New Roman"/>
          <w:b/>
          <w:sz w:val="28"/>
        </w:rPr>
        <w:t xml:space="preserve">a. Tại điểm giám sát </w:t>
      </w:r>
      <w:r w:rsidR="008D1112">
        <w:rPr>
          <w:rFonts w:ascii="Times New Roman" w:eastAsia="Times New Roman" w:hAnsi="Times New Roman" w:cs="Times New Roman"/>
          <w:b/>
          <w:sz w:val="28"/>
        </w:rPr>
        <w:t>ấp</w:t>
      </w:r>
      <w:r w:rsidR="008D1112">
        <w:rPr>
          <w:rFonts w:ascii="Times New Roman" w:eastAsia="Times New Roman" w:hAnsi="Times New Roman" w:cs="Times New Roman"/>
          <w:b/>
          <w:sz w:val="28"/>
          <w:lang w:val="vi-VN"/>
        </w:rPr>
        <w:t xml:space="preserve"> Thuận Hòa </w:t>
      </w:r>
      <w:r>
        <w:rPr>
          <w:rFonts w:ascii="Times New Roman" w:eastAsia="Times New Roman" w:hAnsi="Times New Roman" w:cs="Times New Roman"/>
          <w:b/>
          <w:sz w:val="28"/>
        </w:rPr>
        <w:t xml:space="preserve">do Trạm Y tế xã </w:t>
      </w:r>
      <w:r w:rsidR="007D30DB">
        <w:rPr>
          <w:rFonts w:ascii="Times New Roman" w:eastAsia="Times New Roman" w:hAnsi="Times New Roman" w:cs="Times New Roman"/>
          <w:b/>
          <w:sz w:val="28"/>
        </w:rPr>
        <w:t>Thuận</w:t>
      </w:r>
      <w:r w:rsidR="007D30DB">
        <w:rPr>
          <w:rFonts w:ascii="Times New Roman" w:eastAsia="Times New Roman" w:hAnsi="Times New Roman" w:cs="Times New Roman"/>
          <w:b/>
          <w:sz w:val="28"/>
          <w:lang w:val="vi-VN"/>
        </w:rPr>
        <w:t xml:space="preserve"> Lợi </w:t>
      </w:r>
      <w:r>
        <w:rPr>
          <w:rFonts w:ascii="Times New Roman" w:eastAsia="Times New Roman" w:hAnsi="Times New Roman" w:cs="Times New Roman"/>
          <w:b/>
          <w:sz w:val="28"/>
        </w:rPr>
        <w:t xml:space="preserve"> điều tra</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7"/>
        <w:gridCol w:w="1790"/>
        <w:gridCol w:w="1595"/>
        <w:gridCol w:w="1598"/>
        <w:gridCol w:w="1594"/>
        <w:gridCol w:w="1598"/>
      </w:tblGrid>
      <w:tr w:rsidR="00840656" w14:paraId="6A3363B4" w14:textId="77777777">
        <w:tc>
          <w:tcPr>
            <w:tcW w:w="900" w:type="dxa"/>
          </w:tcPr>
          <w:p w14:paraId="560F577B" w14:textId="77777777" w:rsidR="00840656" w:rsidRDefault="00000000">
            <w:pPr>
              <w:spacing w:after="0" w:line="240" w:lineRule="auto"/>
              <w:jc w:val="center"/>
            </w:pPr>
            <w:r>
              <w:rPr>
                <w:rFonts w:ascii="Times New Roman" w:eastAsia="Times New Roman" w:hAnsi="Times New Roman" w:cs="Times New Roman"/>
                <w:b/>
                <w:sz w:val="28"/>
              </w:rPr>
              <w:t>TT</w:t>
            </w:r>
          </w:p>
        </w:tc>
        <w:tc>
          <w:tcPr>
            <w:tcW w:w="1800" w:type="dxa"/>
          </w:tcPr>
          <w:p w14:paraId="259BF3DC" w14:textId="77777777" w:rsidR="00840656" w:rsidRDefault="00000000">
            <w:pPr>
              <w:spacing w:after="0" w:line="240" w:lineRule="auto"/>
              <w:jc w:val="center"/>
            </w:pPr>
            <w:r>
              <w:rPr>
                <w:rFonts w:ascii="Times New Roman" w:eastAsia="Times New Roman" w:hAnsi="Times New Roman" w:cs="Times New Roman"/>
                <w:b/>
                <w:sz w:val="28"/>
              </w:rPr>
              <w:t>Tháng</w:t>
            </w:r>
          </w:p>
        </w:tc>
        <w:tc>
          <w:tcPr>
            <w:tcW w:w="1600" w:type="dxa"/>
          </w:tcPr>
          <w:p w14:paraId="6AE70128" w14:textId="77777777" w:rsidR="00840656" w:rsidRDefault="00000000">
            <w:pPr>
              <w:spacing w:after="0" w:line="240" w:lineRule="auto"/>
              <w:jc w:val="center"/>
            </w:pPr>
            <w:r w:rsidRPr="009F0DF1">
              <w:rPr>
                <w:rFonts w:ascii="Times New Roman" w:eastAsia="Times New Roman" w:hAnsi="Times New Roman" w:cs="Times New Roman"/>
                <w:b/>
                <w:sz w:val="28"/>
                <w:lang w:val="nl-NL"/>
              </w:rPr>
              <w:t xml:space="preserve">Chỉ số Breteau (BI) Ae. </w:t>
            </w:r>
            <w:r>
              <w:rPr>
                <w:rFonts w:ascii="Times New Roman" w:eastAsia="Times New Roman" w:hAnsi="Times New Roman" w:cs="Times New Roman"/>
                <w:b/>
                <w:sz w:val="28"/>
              </w:rPr>
              <w:t>Aegypti</w:t>
            </w:r>
          </w:p>
        </w:tc>
        <w:tc>
          <w:tcPr>
            <w:tcW w:w="1600" w:type="dxa"/>
          </w:tcPr>
          <w:p w14:paraId="3B244B40" w14:textId="77777777" w:rsidR="00840656" w:rsidRDefault="00000000">
            <w:pPr>
              <w:spacing w:after="0" w:line="240" w:lineRule="auto"/>
              <w:jc w:val="center"/>
            </w:pPr>
            <w:r>
              <w:rPr>
                <w:rFonts w:ascii="Times New Roman" w:eastAsia="Times New Roman" w:hAnsi="Times New Roman" w:cs="Times New Roman"/>
                <w:b/>
                <w:sz w:val="28"/>
              </w:rPr>
              <w:t>Chỉ số Breteau (BI) Ae. albopictus</w:t>
            </w:r>
          </w:p>
        </w:tc>
        <w:tc>
          <w:tcPr>
            <w:tcW w:w="1600" w:type="dxa"/>
          </w:tcPr>
          <w:p w14:paraId="7A67A97E" w14:textId="77777777" w:rsidR="00840656" w:rsidRDefault="00000000">
            <w:pPr>
              <w:spacing w:after="0" w:line="240" w:lineRule="auto"/>
              <w:jc w:val="center"/>
            </w:pPr>
            <w:r>
              <w:rPr>
                <w:rFonts w:ascii="Times New Roman" w:eastAsia="Times New Roman" w:hAnsi="Times New Roman" w:cs="Times New Roman"/>
                <w:b/>
                <w:sz w:val="28"/>
              </w:rPr>
              <w:t>Chỉ số mật độ muỗi (DI) Ae. aegypti</w:t>
            </w:r>
          </w:p>
        </w:tc>
        <w:tc>
          <w:tcPr>
            <w:tcW w:w="1600" w:type="dxa"/>
          </w:tcPr>
          <w:p w14:paraId="75DE3F68" w14:textId="77777777" w:rsidR="00840656" w:rsidRDefault="00000000">
            <w:pPr>
              <w:spacing w:after="0" w:line="240" w:lineRule="auto"/>
              <w:jc w:val="center"/>
            </w:pPr>
            <w:r>
              <w:rPr>
                <w:rFonts w:ascii="Times New Roman" w:eastAsia="Times New Roman" w:hAnsi="Times New Roman" w:cs="Times New Roman"/>
                <w:b/>
                <w:sz w:val="28"/>
              </w:rPr>
              <w:t>Chỉ số mật độ muỗi (DI) Ae. albopictus</w:t>
            </w:r>
          </w:p>
        </w:tc>
      </w:tr>
      <w:tr w:rsidR="00840656" w14:paraId="0232A7F2" w14:textId="77777777">
        <w:tc>
          <w:tcPr>
            <w:tcW w:w="900" w:type="dxa"/>
          </w:tcPr>
          <w:p w14:paraId="5084D206" w14:textId="77777777" w:rsidR="00840656" w:rsidRDefault="00000000">
            <w:pPr>
              <w:spacing w:after="0" w:line="240" w:lineRule="auto"/>
              <w:jc w:val="center"/>
            </w:pPr>
            <w:r>
              <w:rPr>
                <w:rFonts w:ascii="Times New Roman" w:eastAsia="Times New Roman" w:hAnsi="Times New Roman" w:cs="Times New Roman"/>
                <w:sz w:val="28"/>
              </w:rPr>
              <w:t>1</w:t>
            </w:r>
          </w:p>
        </w:tc>
        <w:tc>
          <w:tcPr>
            <w:tcW w:w="1800" w:type="dxa"/>
          </w:tcPr>
          <w:p w14:paraId="1279FDA9" w14:textId="77777777" w:rsidR="00840656" w:rsidRDefault="00000000">
            <w:pPr>
              <w:spacing w:after="0" w:line="240" w:lineRule="auto"/>
              <w:jc w:val="center"/>
            </w:pPr>
            <w:r>
              <w:rPr>
                <w:rFonts w:ascii="Times New Roman" w:eastAsia="Times New Roman" w:hAnsi="Times New Roman" w:cs="Times New Roman"/>
                <w:sz w:val="28"/>
              </w:rPr>
              <w:t>Tháng 1</w:t>
            </w:r>
          </w:p>
        </w:tc>
        <w:tc>
          <w:tcPr>
            <w:tcW w:w="1600" w:type="dxa"/>
          </w:tcPr>
          <w:p w14:paraId="6D04E8D3" w14:textId="541A9124" w:rsidR="00840656" w:rsidRDefault="006777F4">
            <w:pPr>
              <w:spacing w:after="0" w:line="240" w:lineRule="auto"/>
              <w:jc w:val="center"/>
            </w:pPr>
            <w:r w:rsidRPr="006777F4">
              <w:rPr>
                <w:rFonts w:ascii="Times New Roman" w:eastAsia="Times New Roman" w:hAnsi="Times New Roman" w:cs="Times New Roman"/>
                <w:sz w:val="28"/>
              </w:rPr>
              <w:t>20.00</w:t>
            </w:r>
          </w:p>
        </w:tc>
        <w:tc>
          <w:tcPr>
            <w:tcW w:w="1600" w:type="dxa"/>
          </w:tcPr>
          <w:p w14:paraId="7064DBD6" w14:textId="77777777" w:rsidR="00840656" w:rsidRDefault="00000000">
            <w:pPr>
              <w:spacing w:after="0" w:line="240" w:lineRule="auto"/>
              <w:jc w:val="center"/>
            </w:pPr>
            <w:r>
              <w:rPr>
                <w:rFonts w:ascii="Times New Roman" w:eastAsia="Times New Roman" w:hAnsi="Times New Roman" w:cs="Times New Roman"/>
                <w:sz w:val="28"/>
              </w:rPr>
              <w:t>0,0</w:t>
            </w:r>
          </w:p>
        </w:tc>
        <w:tc>
          <w:tcPr>
            <w:tcW w:w="1600" w:type="dxa"/>
          </w:tcPr>
          <w:p w14:paraId="6852A43D" w14:textId="042E079A" w:rsidR="00840656" w:rsidRPr="006777F4" w:rsidRDefault="00000000">
            <w:pPr>
              <w:spacing w:after="0" w:line="240" w:lineRule="auto"/>
              <w:jc w:val="center"/>
              <w:rPr>
                <w:lang w:val="vi-VN"/>
              </w:rPr>
            </w:pPr>
            <w:r>
              <w:rPr>
                <w:rFonts w:ascii="Times New Roman" w:eastAsia="Times New Roman" w:hAnsi="Times New Roman" w:cs="Times New Roman"/>
                <w:sz w:val="28"/>
              </w:rPr>
              <w:t>0,</w:t>
            </w:r>
            <w:r w:rsidR="006777F4">
              <w:rPr>
                <w:rFonts w:ascii="Times New Roman" w:eastAsia="Times New Roman" w:hAnsi="Times New Roman" w:cs="Times New Roman"/>
                <w:sz w:val="28"/>
              </w:rPr>
              <w:t>5</w:t>
            </w:r>
          </w:p>
        </w:tc>
        <w:tc>
          <w:tcPr>
            <w:tcW w:w="1600" w:type="dxa"/>
          </w:tcPr>
          <w:p w14:paraId="4573AFF8" w14:textId="77777777" w:rsidR="00840656" w:rsidRDefault="00000000">
            <w:pPr>
              <w:spacing w:after="0" w:line="240" w:lineRule="auto"/>
              <w:jc w:val="center"/>
            </w:pPr>
            <w:r>
              <w:rPr>
                <w:rFonts w:ascii="Times New Roman" w:eastAsia="Times New Roman" w:hAnsi="Times New Roman" w:cs="Times New Roman"/>
                <w:sz w:val="28"/>
              </w:rPr>
              <w:t>0,0</w:t>
            </w:r>
          </w:p>
        </w:tc>
      </w:tr>
      <w:tr w:rsidR="00840656" w14:paraId="5D267D4C" w14:textId="77777777">
        <w:tc>
          <w:tcPr>
            <w:tcW w:w="900" w:type="dxa"/>
          </w:tcPr>
          <w:p w14:paraId="6C61A323" w14:textId="77777777" w:rsidR="00840656" w:rsidRDefault="00000000">
            <w:pPr>
              <w:spacing w:after="0" w:line="240" w:lineRule="auto"/>
              <w:jc w:val="center"/>
            </w:pPr>
            <w:r>
              <w:rPr>
                <w:rFonts w:ascii="Times New Roman" w:eastAsia="Times New Roman" w:hAnsi="Times New Roman" w:cs="Times New Roman"/>
                <w:sz w:val="28"/>
              </w:rPr>
              <w:t>2</w:t>
            </w:r>
          </w:p>
        </w:tc>
        <w:tc>
          <w:tcPr>
            <w:tcW w:w="1800" w:type="dxa"/>
          </w:tcPr>
          <w:p w14:paraId="78BC66B5" w14:textId="77777777" w:rsidR="00840656" w:rsidRDefault="00000000">
            <w:pPr>
              <w:spacing w:after="0" w:line="240" w:lineRule="auto"/>
              <w:jc w:val="center"/>
            </w:pPr>
            <w:r>
              <w:rPr>
                <w:rFonts w:ascii="Times New Roman" w:eastAsia="Times New Roman" w:hAnsi="Times New Roman" w:cs="Times New Roman"/>
                <w:sz w:val="28"/>
              </w:rPr>
              <w:t>Tháng 2</w:t>
            </w:r>
          </w:p>
        </w:tc>
        <w:tc>
          <w:tcPr>
            <w:tcW w:w="1600" w:type="dxa"/>
          </w:tcPr>
          <w:p w14:paraId="6EBD1B5F" w14:textId="490C6812" w:rsidR="00840656" w:rsidRPr="006777F4" w:rsidRDefault="006777F4" w:rsidP="006777F4">
            <w:pPr>
              <w:spacing w:after="0" w:line="240" w:lineRule="auto"/>
              <w:rPr>
                <w:lang w:val="vi-VN"/>
              </w:rPr>
            </w:pPr>
            <w:r>
              <w:rPr>
                <w:rFonts w:ascii="Times New Roman" w:eastAsia="Times New Roman" w:hAnsi="Times New Roman" w:cs="Times New Roman"/>
                <w:sz w:val="28"/>
                <w:lang w:val="vi-VN"/>
              </w:rPr>
              <w:t xml:space="preserve">      13.3</w:t>
            </w:r>
          </w:p>
        </w:tc>
        <w:tc>
          <w:tcPr>
            <w:tcW w:w="1600" w:type="dxa"/>
          </w:tcPr>
          <w:p w14:paraId="67D001D2" w14:textId="77777777" w:rsidR="00840656" w:rsidRDefault="00000000">
            <w:pPr>
              <w:spacing w:after="0" w:line="240" w:lineRule="auto"/>
              <w:jc w:val="center"/>
            </w:pPr>
            <w:r>
              <w:rPr>
                <w:rFonts w:ascii="Times New Roman" w:eastAsia="Times New Roman" w:hAnsi="Times New Roman" w:cs="Times New Roman"/>
                <w:sz w:val="28"/>
              </w:rPr>
              <w:t>0,0</w:t>
            </w:r>
          </w:p>
        </w:tc>
        <w:tc>
          <w:tcPr>
            <w:tcW w:w="1600" w:type="dxa"/>
          </w:tcPr>
          <w:p w14:paraId="31E2CE4D" w14:textId="77777777" w:rsidR="00840656" w:rsidRDefault="00000000">
            <w:pPr>
              <w:spacing w:after="0" w:line="240" w:lineRule="auto"/>
              <w:jc w:val="center"/>
            </w:pPr>
            <w:r>
              <w:rPr>
                <w:rFonts w:ascii="Times New Roman" w:eastAsia="Times New Roman" w:hAnsi="Times New Roman" w:cs="Times New Roman"/>
                <w:sz w:val="28"/>
              </w:rPr>
              <w:t>0,6</w:t>
            </w:r>
          </w:p>
        </w:tc>
        <w:tc>
          <w:tcPr>
            <w:tcW w:w="1600" w:type="dxa"/>
          </w:tcPr>
          <w:p w14:paraId="651120DC" w14:textId="77777777" w:rsidR="00840656" w:rsidRDefault="00000000">
            <w:pPr>
              <w:spacing w:after="0" w:line="240" w:lineRule="auto"/>
              <w:jc w:val="center"/>
            </w:pPr>
            <w:r>
              <w:rPr>
                <w:rFonts w:ascii="Times New Roman" w:eastAsia="Times New Roman" w:hAnsi="Times New Roman" w:cs="Times New Roman"/>
                <w:sz w:val="28"/>
              </w:rPr>
              <w:t>0,0</w:t>
            </w:r>
          </w:p>
        </w:tc>
      </w:tr>
      <w:tr w:rsidR="00840656" w14:paraId="1F20CC91" w14:textId="77777777">
        <w:tc>
          <w:tcPr>
            <w:tcW w:w="900" w:type="dxa"/>
          </w:tcPr>
          <w:p w14:paraId="28A1C399" w14:textId="77777777" w:rsidR="00840656" w:rsidRDefault="00000000">
            <w:pPr>
              <w:spacing w:after="0" w:line="240" w:lineRule="auto"/>
              <w:jc w:val="center"/>
            </w:pPr>
            <w:r>
              <w:rPr>
                <w:rFonts w:ascii="Times New Roman" w:eastAsia="Times New Roman" w:hAnsi="Times New Roman" w:cs="Times New Roman"/>
                <w:sz w:val="28"/>
              </w:rPr>
              <w:t>3</w:t>
            </w:r>
          </w:p>
        </w:tc>
        <w:tc>
          <w:tcPr>
            <w:tcW w:w="1800" w:type="dxa"/>
          </w:tcPr>
          <w:p w14:paraId="60D98924" w14:textId="77777777" w:rsidR="00840656" w:rsidRDefault="00000000">
            <w:pPr>
              <w:spacing w:after="0" w:line="240" w:lineRule="auto"/>
              <w:jc w:val="center"/>
            </w:pPr>
            <w:r>
              <w:rPr>
                <w:rFonts w:ascii="Times New Roman" w:eastAsia="Times New Roman" w:hAnsi="Times New Roman" w:cs="Times New Roman"/>
                <w:sz w:val="28"/>
              </w:rPr>
              <w:t>Tháng 3</w:t>
            </w:r>
          </w:p>
        </w:tc>
        <w:tc>
          <w:tcPr>
            <w:tcW w:w="1600" w:type="dxa"/>
          </w:tcPr>
          <w:p w14:paraId="146F0BA3" w14:textId="25E78EA5" w:rsidR="00840656" w:rsidRPr="006777F4" w:rsidRDefault="006777F4">
            <w:pPr>
              <w:spacing w:after="0" w:line="240" w:lineRule="auto"/>
              <w:jc w:val="center"/>
              <w:rPr>
                <w:lang w:val="vi-VN"/>
              </w:rPr>
            </w:pPr>
            <w:r>
              <w:rPr>
                <w:rFonts w:ascii="Times New Roman" w:eastAsia="Times New Roman" w:hAnsi="Times New Roman" w:cs="Times New Roman"/>
                <w:sz w:val="28"/>
              </w:rPr>
              <w:t>10</w:t>
            </w:r>
            <w:r>
              <w:rPr>
                <w:rFonts w:ascii="Times New Roman" w:eastAsia="Times New Roman" w:hAnsi="Times New Roman" w:cs="Times New Roman"/>
                <w:sz w:val="28"/>
                <w:lang w:val="vi-VN"/>
              </w:rPr>
              <w:t>.00</w:t>
            </w:r>
          </w:p>
        </w:tc>
        <w:tc>
          <w:tcPr>
            <w:tcW w:w="1600" w:type="dxa"/>
          </w:tcPr>
          <w:p w14:paraId="031E32BA" w14:textId="77777777" w:rsidR="00840656" w:rsidRDefault="00000000">
            <w:pPr>
              <w:spacing w:after="0" w:line="240" w:lineRule="auto"/>
              <w:jc w:val="center"/>
            </w:pPr>
            <w:r>
              <w:rPr>
                <w:rFonts w:ascii="Times New Roman" w:eastAsia="Times New Roman" w:hAnsi="Times New Roman" w:cs="Times New Roman"/>
                <w:sz w:val="28"/>
              </w:rPr>
              <w:t>0,0</w:t>
            </w:r>
          </w:p>
        </w:tc>
        <w:tc>
          <w:tcPr>
            <w:tcW w:w="1600" w:type="dxa"/>
          </w:tcPr>
          <w:p w14:paraId="388CBA20" w14:textId="40E16CE0" w:rsidR="00840656" w:rsidRPr="006777F4" w:rsidRDefault="00000000">
            <w:pPr>
              <w:spacing w:after="0" w:line="240" w:lineRule="auto"/>
              <w:jc w:val="center"/>
              <w:rPr>
                <w:lang w:val="vi-VN"/>
              </w:rPr>
            </w:pPr>
            <w:r>
              <w:rPr>
                <w:rFonts w:ascii="Times New Roman" w:eastAsia="Times New Roman" w:hAnsi="Times New Roman" w:cs="Times New Roman"/>
                <w:sz w:val="28"/>
              </w:rPr>
              <w:t>0,</w:t>
            </w:r>
            <w:r w:rsidR="006777F4">
              <w:rPr>
                <w:rFonts w:ascii="Times New Roman" w:eastAsia="Times New Roman" w:hAnsi="Times New Roman" w:cs="Times New Roman"/>
                <w:sz w:val="28"/>
              </w:rPr>
              <w:t>6</w:t>
            </w:r>
          </w:p>
        </w:tc>
        <w:tc>
          <w:tcPr>
            <w:tcW w:w="1600" w:type="dxa"/>
          </w:tcPr>
          <w:p w14:paraId="09CD2C15" w14:textId="77777777" w:rsidR="00840656" w:rsidRDefault="00000000">
            <w:pPr>
              <w:spacing w:after="0" w:line="240" w:lineRule="auto"/>
              <w:jc w:val="center"/>
            </w:pPr>
            <w:r>
              <w:rPr>
                <w:rFonts w:ascii="Times New Roman" w:eastAsia="Times New Roman" w:hAnsi="Times New Roman" w:cs="Times New Roman"/>
                <w:sz w:val="28"/>
              </w:rPr>
              <w:t>0,0</w:t>
            </w:r>
          </w:p>
        </w:tc>
      </w:tr>
      <w:tr w:rsidR="00840656" w14:paraId="03829CCC" w14:textId="77777777">
        <w:tc>
          <w:tcPr>
            <w:tcW w:w="900" w:type="dxa"/>
          </w:tcPr>
          <w:p w14:paraId="48548D39" w14:textId="77777777" w:rsidR="00840656" w:rsidRDefault="00000000">
            <w:pPr>
              <w:spacing w:after="0" w:line="240" w:lineRule="auto"/>
              <w:jc w:val="center"/>
            </w:pPr>
            <w:r>
              <w:rPr>
                <w:rFonts w:ascii="Times New Roman" w:eastAsia="Times New Roman" w:hAnsi="Times New Roman" w:cs="Times New Roman"/>
                <w:sz w:val="28"/>
              </w:rPr>
              <w:t>4</w:t>
            </w:r>
          </w:p>
        </w:tc>
        <w:tc>
          <w:tcPr>
            <w:tcW w:w="1800" w:type="dxa"/>
          </w:tcPr>
          <w:p w14:paraId="6EBAA689" w14:textId="77777777" w:rsidR="00840656" w:rsidRDefault="00000000">
            <w:pPr>
              <w:spacing w:after="0" w:line="240" w:lineRule="auto"/>
              <w:jc w:val="center"/>
            </w:pPr>
            <w:r>
              <w:rPr>
                <w:rFonts w:ascii="Times New Roman" w:eastAsia="Times New Roman" w:hAnsi="Times New Roman" w:cs="Times New Roman"/>
                <w:sz w:val="28"/>
              </w:rPr>
              <w:t>Tháng 4</w:t>
            </w:r>
          </w:p>
        </w:tc>
        <w:tc>
          <w:tcPr>
            <w:tcW w:w="1600" w:type="dxa"/>
          </w:tcPr>
          <w:p w14:paraId="0993C604" w14:textId="3521C0FD" w:rsidR="00840656" w:rsidRPr="004608C4" w:rsidRDefault="006777F4">
            <w:pPr>
              <w:spacing w:after="0" w:line="240" w:lineRule="auto"/>
              <w:jc w:val="center"/>
              <w:rPr>
                <w:rFonts w:ascii="Times New Roman" w:hAnsi="Times New Roman" w:cs="Times New Roman"/>
                <w:sz w:val="28"/>
                <w:szCs w:val="28"/>
                <w:lang w:val="vi-VN"/>
              </w:rPr>
            </w:pPr>
            <w:r w:rsidRPr="004608C4">
              <w:rPr>
                <w:rFonts w:ascii="Times New Roman" w:hAnsi="Times New Roman" w:cs="Times New Roman"/>
                <w:sz w:val="28"/>
                <w:szCs w:val="28"/>
                <w:lang w:val="vi-VN"/>
              </w:rPr>
              <w:t>16,6</w:t>
            </w:r>
          </w:p>
        </w:tc>
        <w:tc>
          <w:tcPr>
            <w:tcW w:w="1600" w:type="dxa"/>
          </w:tcPr>
          <w:p w14:paraId="05203ED4" w14:textId="77777777" w:rsidR="00840656" w:rsidRDefault="00000000">
            <w:pPr>
              <w:spacing w:after="0" w:line="240" w:lineRule="auto"/>
              <w:jc w:val="center"/>
            </w:pPr>
            <w:r>
              <w:rPr>
                <w:rFonts w:ascii="Times New Roman" w:eastAsia="Times New Roman" w:hAnsi="Times New Roman" w:cs="Times New Roman"/>
                <w:sz w:val="28"/>
              </w:rPr>
              <w:t>0,0</w:t>
            </w:r>
          </w:p>
        </w:tc>
        <w:tc>
          <w:tcPr>
            <w:tcW w:w="1600" w:type="dxa"/>
          </w:tcPr>
          <w:p w14:paraId="41170768" w14:textId="373CBDE3" w:rsidR="00840656" w:rsidRPr="00A717C9" w:rsidRDefault="00000000">
            <w:pPr>
              <w:spacing w:after="0" w:line="240" w:lineRule="auto"/>
              <w:jc w:val="center"/>
              <w:rPr>
                <w:lang w:val="vi-VN"/>
              </w:rPr>
            </w:pPr>
            <w:r>
              <w:rPr>
                <w:rFonts w:ascii="Times New Roman" w:eastAsia="Times New Roman" w:hAnsi="Times New Roman" w:cs="Times New Roman"/>
                <w:sz w:val="28"/>
              </w:rPr>
              <w:t>0,</w:t>
            </w:r>
            <w:r w:rsidR="00A717C9">
              <w:rPr>
                <w:rFonts w:ascii="Times New Roman" w:eastAsia="Times New Roman" w:hAnsi="Times New Roman" w:cs="Times New Roman"/>
                <w:sz w:val="28"/>
              </w:rPr>
              <w:t>2</w:t>
            </w:r>
          </w:p>
        </w:tc>
        <w:tc>
          <w:tcPr>
            <w:tcW w:w="1600" w:type="dxa"/>
          </w:tcPr>
          <w:p w14:paraId="2B840A0F" w14:textId="40019363" w:rsidR="00840656" w:rsidRPr="00A717C9" w:rsidRDefault="00000000">
            <w:pPr>
              <w:spacing w:after="0" w:line="240" w:lineRule="auto"/>
              <w:jc w:val="center"/>
              <w:rPr>
                <w:lang w:val="vi-VN"/>
              </w:rPr>
            </w:pPr>
            <w:r>
              <w:rPr>
                <w:rFonts w:ascii="Times New Roman" w:eastAsia="Times New Roman" w:hAnsi="Times New Roman" w:cs="Times New Roman"/>
                <w:sz w:val="28"/>
              </w:rPr>
              <w:t>0,</w:t>
            </w:r>
            <w:r w:rsidR="00A717C9">
              <w:rPr>
                <w:rFonts w:ascii="Times New Roman" w:eastAsia="Times New Roman" w:hAnsi="Times New Roman" w:cs="Times New Roman"/>
                <w:sz w:val="28"/>
              </w:rPr>
              <w:t>0</w:t>
            </w:r>
          </w:p>
        </w:tc>
      </w:tr>
      <w:tr w:rsidR="00840656" w14:paraId="27D5C4FA" w14:textId="77777777">
        <w:tc>
          <w:tcPr>
            <w:tcW w:w="900" w:type="dxa"/>
          </w:tcPr>
          <w:p w14:paraId="44C5EC31" w14:textId="77777777" w:rsidR="00840656" w:rsidRDefault="00000000">
            <w:pPr>
              <w:spacing w:after="0" w:line="240" w:lineRule="auto"/>
              <w:jc w:val="center"/>
            </w:pPr>
            <w:r>
              <w:rPr>
                <w:rFonts w:ascii="Times New Roman" w:eastAsia="Times New Roman" w:hAnsi="Times New Roman" w:cs="Times New Roman"/>
                <w:sz w:val="28"/>
              </w:rPr>
              <w:t>5</w:t>
            </w:r>
          </w:p>
        </w:tc>
        <w:tc>
          <w:tcPr>
            <w:tcW w:w="1800" w:type="dxa"/>
          </w:tcPr>
          <w:p w14:paraId="7802E279" w14:textId="77777777" w:rsidR="00840656" w:rsidRDefault="00000000">
            <w:pPr>
              <w:spacing w:after="0" w:line="240" w:lineRule="auto"/>
              <w:jc w:val="center"/>
            </w:pPr>
            <w:r>
              <w:rPr>
                <w:rFonts w:ascii="Times New Roman" w:eastAsia="Times New Roman" w:hAnsi="Times New Roman" w:cs="Times New Roman"/>
                <w:sz w:val="28"/>
              </w:rPr>
              <w:t>Tháng 5</w:t>
            </w:r>
          </w:p>
        </w:tc>
        <w:tc>
          <w:tcPr>
            <w:tcW w:w="1600" w:type="dxa"/>
          </w:tcPr>
          <w:p w14:paraId="21B73186" w14:textId="09C5528E" w:rsidR="00840656" w:rsidRPr="004608C4" w:rsidRDefault="00A717C9">
            <w:pPr>
              <w:spacing w:after="0" w:line="240" w:lineRule="auto"/>
              <w:jc w:val="center"/>
              <w:rPr>
                <w:rFonts w:ascii="Times New Roman" w:hAnsi="Times New Roman" w:cs="Times New Roman"/>
                <w:sz w:val="28"/>
                <w:szCs w:val="28"/>
                <w:lang w:val="vi-VN"/>
              </w:rPr>
            </w:pPr>
            <w:r w:rsidRPr="004608C4">
              <w:rPr>
                <w:rFonts w:ascii="Times New Roman" w:hAnsi="Times New Roman" w:cs="Times New Roman"/>
                <w:sz w:val="28"/>
                <w:szCs w:val="28"/>
                <w:lang w:val="vi-VN"/>
              </w:rPr>
              <w:t>33,3</w:t>
            </w:r>
          </w:p>
        </w:tc>
        <w:tc>
          <w:tcPr>
            <w:tcW w:w="1600" w:type="dxa"/>
          </w:tcPr>
          <w:p w14:paraId="0BF39502" w14:textId="77777777" w:rsidR="00840656" w:rsidRDefault="00000000">
            <w:pPr>
              <w:spacing w:after="0" w:line="240" w:lineRule="auto"/>
              <w:jc w:val="center"/>
            </w:pPr>
            <w:r>
              <w:rPr>
                <w:rFonts w:ascii="Times New Roman" w:eastAsia="Times New Roman" w:hAnsi="Times New Roman" w:cs="Times New Roman"/>
                <w:sz w:val="28"/>
              </w:rPr>
              <w:t>0,0</w:t>
            </w:r>
          </w:p>
        </w:tc>
        <w:tc>
          <w:tcPr>
            <w:tcW w:w="1600" w:type="dxa"/>
          </w:tcPr>
          <w:p w14:paraId="1AA83177" w14:textId="5A8BE703" w:rsidR="00840656" w:rsidRPr="00A717C9" w:rsidRDefault="00000000">
            <w:pPr>
              <w:spacing w:after="0" w:line="240" w:lineRule="auto"/>
              <w:jc w:val="center"/>
              <w:rPr>
                <w:lang w:val="vi-VN"/>
              </w:rPr>
            </w:pPr>
            <w:r>
              <w:rPr>
                <w:rFonts w:ascii="Times New Roman" w:eastAsia="Times New Roman" w:hAnsi="Times New Roman" w:cs="Times New Roman"/>
                <w:sz w:val="28"/>
              </w:rPr>
              <w:t>0,</w:t>
            </w:r>
            <w:r w:rsidR="00A717C9">
              <w:rPr>
                <w:rFonts w:ascii="Times New Roman" w:eastAsia="Times New Roman" w:hAnsi="Times New Roman" w:cs="Times New Roman"/>
                <w:sz w:val="28"/>
              </w:rPr>
              <w:t>2</w:t>
            </w:r>
          </w:p>
        </w:tc>
        <w:tc>
          <w:tcPr>
            <w:tcW w:w="1600" w:type="dxa"/>
          </w:tcPr>
          <w:p w14:paraId="417E5D80" w14:textId="4E8EF8C7" w:rsidR="00840656" w:rsidRPr="00A717C9" w:rsidRDefault="00000000">
            <w:pPr>
              <w:spacing w:after="0" w:line="240" w:lineRule="auto"/>
              <w:jc w:val="center"/>
              <w:rPr>
                <w:lang w:val="vi-VN"/>
              </w:rPr>
            </w:pPr>
            <w:r>
              <w:rPr>
                <w:rFonts w:ascii="Times New Roman" w:eastAsia="Times New Roman" w:hAnsi="Times New Roman" w:cs="Times New Roman"/>
                <w:sz w:val="28"/>
              </w:rPr>
              <w:t>0,</w:t>
            </w:r>
            <w:r w:rsidR="00A717C9">
              <w:rPr>
                <w:rFonts w:ascii="Times New Roman" w:eastAsia="Times New Roman" w:hAnsi="Times New Roman" w:cs="Times New Roman"/>
                <w:sz w:val="28"/>
              </w:rPr>
              <w:t>0</w:t>
            </w:r>
          </w:p>
        </w:tc>
      </w:tr>
      <w:tr w:rsidR="00840656" w14:paraId="5379BE3B" w14:textId="77777777">
        <w:tc>
          <w:tcPr>
            <w:tcW w:w="900" w:type="dxa"/>
          </w:tcPr>
          <w:p w14:paraId="4EF27D9E" w14:textId="77777777" w:rsidR="00840656" w:rsidRDefault="00000000">
            <w:pPr>
              <w:spacing w:after="0" w:line="240" w:lineRule="auto"/>
              <w:jc w:val="center"/>
            </w:pPr>
            <w:r>
              <w:rPr>
                <w:rFonts w:ascii="Times New Roman" w:eastAsia="Times New Roman" w:hAnsi="Times New Roman" w:cs="Times New Roman"/>
                <w:sz w:val="28"/>
              </w:rPr>
              <w:t>6</w:t>
            </w:r>
          </w:p>
        </w:tc>
        <w:tc>
          <w:tcPr>
            <w:tcW w:w="1800" w:type="dxa"/>
          </w:tcPr>
          <w:p w14:paraId="47C9E539" w14:textId="77777777" w:rsidR="00840656" w:rsidRDefault="00000000">
            <w:pPr>
              <w:spacing w:after="0" w:line="240" w:lineRule="auto"/>
              <w:jc w:val="center"/>
            </w:pPr>
            <w:r>
              <w:rPr>
                <w:rFonts w:ascii="Times New Roman" w:eastAsia="Times New Roman" w:hAnsi="Times New Roman" w:cs="Times New Roman"/>
                <w:sz w:val="28"/>
              </w:rPr>
              <w:t>Tháng 6</w:t>
            </w:r>
          </w:p>
        </w:tc>
        <w:tc>
          <w:tcPr>
            <w:tcW w:w="1600" w:type="dxa"/>
          </w:tcPr>
          <w:p w14:paraId="276B98D8" w14:textId="64FD8EE1" w:rsidR="00840656" w:rsidRPr="004608C4" w:rsidRDefault="00A717C9">
            <w:pPr>
              <w:spacing w:after="0" w:line="240" w:lineRule="auto"/>
              <w:jc w:val="center"/>
              <w:rPr>
                <w:rFonts w:ascii="Times New Roman" w:hAnsi="Times New Roman" w:cs="Times New Roman"/>
                <w:sz w:val="28"/>
                <w:szCs w:val="28"/>
                <w:lang w:val="vi-VN"/>
              </w:rPr>
            </w:pPr>
            <w:r w:rsidRPr="004608C4">
              <w:rPr>
                <w:rFonts w:ascii="Times New Roman" w:hAnsi="Times New Roman" w:cs="Times New Roman"/>
                <w:sz w:val="28"/>
                <w:szCs w:val="28"/>
                <w:lang w:val="vi-VN"/>
              </w:rPr>
              <w:t>30,0</w:t>
            </w:r>
          </w:p>
        </w:tc>
        <w:tc>
          <w:tcPr>
            <w:tcW w:w="1600" w:type="dxa"/>
          </w:tcPr>
          <w:p w14:paraId="65D367D7" w14:textId="77777777" w:rsidR="00840656" w:rsidRDefault="00000000">
            <w:pPr>
              <w:spacing w:after="0" w:line="240" w:lineRule="auto"/>
              <w:jc w:val="center"/>
            </w:pPr>
            <w:r>
              <w:rPr>
                <w:rFonts w:ascii="Times New Roman" w:eastAsia="Times New Roman" w:hAnsi="Times New Roman" w:cs="Times New Roman"/>
                <w:sz w:val="28"/>
              </w:rPr>
              <w:t>0,0</w:t>
            </w:r>
          </w:p>
        </w:tc>
        <w:tc>
          <w:tcPr>
            <w:tcW w:w="1600" w:type="dxa"/>
          </w:tcPr>
          <w:p w14:paraId="7A4386FB" w14:textId="40C14649" w:rsidR="00840656" w:rsidRPr="00A717C9" w:rsidRDefault="00000000">
            <w:pPr>
              <w:spacing w:after="0" w:line="240" w:lineRule="auto"/>
              <w:jc w:val="center"/>
              <w:rPr>
                <w:lang w:val="vi-VN"/>
              </w:rPr>
            </w:pPr>
            <w:r>
              <w:rPr>
                <w:rFonts w:ascii="Times New Roman" w:eastAsia="Times New Roman" w:hAnsi="Times New Roman" w:cs="Times New Roman"/>
                <w:sz w:val="28"/>
              </w:rPr>
              <w:t>0,</w:t>
            </w:r>
            <w:r w:rsidR="00A717C9">
              <w:rPr>
                <w:rFonts w:ascii="Times New Roman" w:eastAsia="Times New Roman" w:hAnsi="Times New Roman" w:cs="Times New Roman"/>
                <w:sz w:val="28"/>
              </w:rPr>
              <w:t>8</w:t>
            </w:r>
          </w:p>
        </w:tc>
        <w:tc>
          <w:tcPr>
            <w:tcW w:w="1600" w:type="dxa"/>
          </w:tcPr>
          <w:p w14:paraId="0B9E5042" w14:textId="77777777" w:rsidR="00840656" w:rsidRDefault="00000000">
            <w:pPr>
              <w:spacing w:after="0" w:line="240" w:lineRule="auto"/>
              <w:jc w:val="center"/>
            </w:pPr>
            <w:r>
              <w:rPr>
                <w:rFonts w:ascii="Times New Roman" w:eastAsia="Times New Roman" w:hAnsi="Times New Roman" w:cs="Times New Roman"/>
                <w:sz w:val="28"/>
              </w:rPr>
              <w:t>0,0</w:t>
            </w:r>
          </w:p>
        </w:tc>
      </w:tr>
      <w:tr w:rsidR="00840656" w14:paraId="26D0FD92" w14:textId="77777777">
        <w:tc>
          <w:tcPr>
            <w:tcW w:w="900" w:type="dxa"/>
          </w:tcPr>
          <w:p w14:paraId="0083B780" w14:textId="77777777" w:rsidR="00840656" w:rsidRDefault="00000000">
            <w:pPr>
              <w:spacing w:after="0" w:line="240" w:lineRule="auto"/>
              <w:jc w:val="center"/>
            </w:pPr>
            <w:r>
              <w:rPr>
                <w:rFonts w:ascii="Times New Roman" w:eastAsia="Times New Roman" w:hAnsi="Times New Roman" w:cs="Times New Roman"/>
                <w:sz w:val="28"/>
              </w:rPr>
              <w:t>7</w:t>
            </w:r>
          </w:p>
        </w:tc>
        <w:tc>
          <w:tcPr>
            <w:tcW w:w="1800" w:type="dxa"/>
          </w:tcPr>
          <w:p w14:paraId="582369B6" w14:textId="77777777" w:rsidR="00840656" w:rsidRDefault="00000000">
            <w:pPr>
              <w:spacing w:after="0" w:line="240" w:lineRule="auto"/>
              <w:jc w:val="center"/>
            </w:pPr>
            <w:r>
              <w:rPr>
                <w:rFonts w:ascii="Times New Roman" w:eastAsia="Times New Roman" w:hAnsi="Times New Roman" w:cs="Times New Roman"/>
                <w:sz w:val="28"/>
              </w:rPr>
              <w:t>Tháng 7</w:t>
            </w:r>
          </w:p>
        </w:tc>
        <w:tc>
          <w:tcPr>
            <w:tcW w:w="1600" w:type="dxa"/>
          </w:tcPr>
          <w:p w14:paraId="619B5E82" w14:textId="761EF801" w:rsidR="00840656" w:rsidRPr="004608C4" w:rsidRDefault="00A717C9">
            <w:pPr>
              <w:spacing w:after="0" w:line="240" w:lineRule="auto"/>
              <w:jc w:val="center"/>
              <w:rPr>
                <w:rFonts w:ascii="Times New Roman" w:hAnsi="Times New Roman" w:cs="Times New Roman"/>
                <w:sz w:val="28"/>
                <w:szCs w:val="28"/>
                <w:lang w:val="vi-VN"/>
              </w:rPr>
            </w:pPr>
            <w:r w:rsidRPr="004608C4">
              <w:rPr>
                <w:rFonts w:ascii="Times New Roman" w:hAnsi="Times New Roman" w:cs="Times New Roman"/>
                <w:sz w:val="28"/>
                <w:szCs w:val="28"/>
                <w:lang w:val="vi-VN"/>
              </w:rPr>
              <w:t>33,</w:t>
            </w:r>
            <w:r w:rsidR="004608C4" w:rsidRPr="004608C4">
              <w:rPr>
                <w:rFonts w:ascii="Times New Roman" w:hAnsi="Times New Roman" w:cs="Times New Roman"/>
                <w:sz w:val="28"/>
                <w:szCs w:val="28"/>
                <w:lang w:val="vi-VN"/>
              </w:rPr>
              <w:t>3</w:t>
            </w:r>
          </w:p>
        </w:tc>
        <w:tc>
          <w:tcPr>
            <w:tcW w:w="1600" w:type="dxa"/>
          </w:tcPr>
          <w:p w14:paraId="20857C0B" w14:textId="77777777" w:rsidR="00840656" w:rsidRDefault="00000000">
            <w:pPr>
              <w:spacing w:after="0" w:line="240" w:lineRule="auto"/>
              <w:jc w:val="center"/>
            </w:pPr>
            <w:r>
              <w:rPr>
                <w:rFonts w:ascii="Times New Roman" w:eastAsia="Times New Roman" w:hAnsi="Times New Roman" w:cs="Times New Roman"/>
                <w:sz w:val="28"/>
              </w:rPr>
              <w:t>0,0</w:t>
            </w:r>
          </w:p>
        </w:tc>
        <w:tc>
          <w:tcPr>
            <w:tcW w:w="1600" w:type="dxa"/>
          </w:tcPr>
          <w:p w14:paraId="3BF46B2B" w14:textId="404DB9B6" w:rsidR="00840656" w:rsidRPr="004608C4" w:rsidRDefault="004608C4">
            <w:pPr>
              <w:spacing w:after="0" w:line="240" w:lineRule="auto"/>
              <w:jc w:val="center"/>
              <w:rPr>
                <w:lang w:val="vi-VN"/>
              </w:rPr>
            </w:pPr>
            <w:r>
              <w:rPr>
                <w:lang w:val="vi-VN"/>
              </w:rPr>
              <w:t>0,6</w:t>
            </w:r>
          </w:p>
        </w:tc>
        <w:tc>
          <w:tcPr>
            <w:tcW w:w="1600" w:type="dxa"/>
          </w:tcPr>
          <w:p w14:paraId="2AC01ACD" w14:textId="77777777" w:rsidR="00840656" w:rsidRDefault="00000000">
            <w:pPr>
              <w:spacing w:after="0" w:line="240" w:lineRule="auto"/>
              <w:jc w:val="center"/>
            </w:pPr>
            <w:r>
              <w:rPr>
                <w:rFonts w:ascii="Times New Roman" w:eastAsia="Times New Roman" w:hAnsi="Times New Roman" w:cs="Times New Roman"/>
                <w:sz w:val="28"/>
              </w:rPr>
              <w:t>0,0</w:t>
            </w:r>
          </w:p>
        </w:tc>
      </w:tr>
      <w:tr w:rsidR="00840656" w14:paraId="1DE76CE4" w14:textId="77777777">
        <w:tc>
          <w:tcPr>
            <w:tcW w:w="900" w:type="dxa"/>
          </w:tcPr>
          <w:p w14:paraId="3A9C8E60" w14:textId="77777777" w:rsidR="00840656" w:rsidRDefault="00000000">
            <w:pPr>
              <w:spacing w:after="0" w:line="240" w:lineRule="auto"/>
              <w:jc w:val="center"/>
            </w:pPr>
            <w:r>
              <w:rPr>
                <w:rFonts w:ascii="Times New Roman" w:eastAsia="Times New Roman" w:hAnsi="Times New Roman" w:cs="Times New Roman"/>
                <w:sz w:val="28"/>
              </w:rPr>
              <w:t>8</w:t>
            </w:r>
          </w:p>
        </w:tc>
        <w:tc>
          <w:tcPr>
            <w:tcW w:w="1800" w:type="dxa"/>
          </w:tcPr>
          <w:p w14:paraId="230EC587" w14:textId="77777777" w:rsidR="00840656" w:rsidRDefault="00000000">
            <w:pPr>
              <w:spacing w:after="0" w:line="240" w:lineRule="auto"/>
              <w:jc w:val="center"/>
            </w:pPr>
            <w:r>
              <w:rPr>
                <w:rFonts w:ascii="Times New Roman" w:eastAsia="Times New Roman" w:hAnsi="Times New Roman" w:cs="Times New Roman"/>
                <w:sz w:val="28"/>
              </w:rPr>
              <w:t>Tháng 8</w:t>
            </w:r>
          </w:p>
        </w:tc>
        <w:tc>
          <w:tcPr>
            <w:tcW w:w="1600" w:type="dxa"/>
          </w:tcPr>
          <w:p w14:paraId="08BC9EEB" w14:textId="67B9902B" w:rsidR="00840656" w:rsidRPr="00AF7571" w:rsidRDefault="00AF7571">
            <w:pPr>
              <w:spacing w:after="0" w:line="240" w:lineRule="auto"/>
              <w:jc w:val="center"/>
              <w:rPr>
                <w:lang w:val="vi-VN"/>
              </w:rPr>
            </w:pPr>
            <w:r>
              <w:rPr>
                <w:rFonts w:ascii="Times New Roman" w:eastAsia="Times New Roman" w:hAnsi="Times New Roman" w:cs="Times New Roman"/>
                <w:sz w:val="28"/>
              </w:rPr>
              <w:t>36</w:t>
            </w:r>
            <w:r>
              <w:rPr>
                <w:rFonts w:ascii="Times New Roman" w:eastAsia="Times New Roman" w:hAnsi="Times New Roman" w:cs="Times New Roman"/>
                <w:sz w:val="28"/>
                <w:lang w:val="vi-VN"/>
              </w:rPr>
              <w:t>,67</w:t>
            </w:r>
          </w:p>
        </w:tc>
        <w:tc>
          <w:tcPr>
            <w:tcW w:w="1600" w:type="dxa"/>
          </w:tcPr>
          <w:p w14:paraId="47294CCD" w14:textId="77777777" w:rsidR="00840656" w:rsidRDefault="00000000">
            <w:pPr>
              <w:spacing w:after="0" w:line="240" w:lineRule="auto"/>
              <w:jc w:val="center"/>
            </w:pPr>
            <w:r>
              <w:rPr>
                <w:rFonts w:ascii="Times New Roman" w:eastAsia="Times New Roman" w:hAnsi="Times New Roman" w:cs="Times New Roman"/>
                <w:sz w:val="28"/>
              </w:rPr>
              <w:t>0,0</w:t>
            </w:r>
          </w:p>
        </w:tc>
        <w:tc>
          <w:tcPr>
            <w:tcW w:w="1600" w:type="dxa"/>
          </w:tcPr>
          <w:p w14:paraId="16742D7E" w14:textId="70884CF9" w:rsidR="00840656" w:rsidRPr="00AF7571" w:rsidRDefault="00AF7571">
            <w:pPr>
              <w:spacing w:after="0" w:line="240" w:lineRule="auto"/>
              <w:jc w:val="center"/>
              <w:rPr>
                <w:lang w:val="vi-VN"/>
              </w:rPr>
            </w:pPr>
            <w:r>
              <w:rPr>
                <w:rFonts w:ascii="Times New Roman" w:eastAsia="Times New Roman" w:hAnsi="Times New Roman" w:cs="Times New Roman"/>
                <w:sz w:val="28"/>
              </w:rPr>
              <w:t>0</w:t>
            </w:r>
            <w:r>
              <w:rPr>
                <w:rFonts w:ascii="Times New Roman" w:eastAsia="Times New Roman" w:hAnsi="Times New Roman" w:cs="Times New Roman"/>
                <w:sz w:val="28"/>
                <w:lang w:val="vi-VN"/>
              </w:rPr>
              <w:t>,63</w:t>
            </w:r>
          </w:p>
        </w:tc>
        <w:tc>
          <w:tcPr>
            <w:tcW w:w="1600" w:type="dxa"/>
          </w:tcPr>
          <w:p w14:paraId="0201E629" w14:textId="77777777" w:rsidR="00840656" w:rsidRDefault="00000000">
            <w:pPr>
              <w:spacing w:after="0" w:line="240" w:lineRule="auto"/>
              <w:jc w:val="center"/>
            </w:pPr>
            <w:r>
              <w:rPr>
                <w:rFonts w:ascii="Times New Roman" w:eastAsia="Times New Roman" w:hAnsi="Times New Roman" w:cs="Times New Roman"/>
                <w:sz w:val="28"/>
              </w:rPr>
              <w:t>0,0</w:t>
            </w:r>
          </w:p>
        </w:tc>
      </w:tr>
    </w:tbl>
    <w:p w14:paraId="55EC827F" w14:textId="77777777" w:rsidR="00A7742C" w:rsidRDefault="00A7742C">
      <w:pPr>
        <w:adjustRightInd w:val="0"/>
        <w:snapToGrid w:val="0"/>
        <w:spacing w:after="120" w:line="288" w:lineRule="auto"/>
        <w:ind w:firstLine="567"/>
        <w:jc w:val="both"/>
        <w:rPr>
          <w:rFonts w:ascii="Times New Roman" w:eastAsia="Times New Roman" w:hAnsi="Times New Roman" w:cs="Times New Roman"/>
          <w:b/>
          <w:sz w:val="28"/>
          <w:lang w:val="vi-VN"/>
        </w:rPr>
      </w:pPr>
    </w:p>
    <w:p w14:paraId="129ED557" w14:textId="3BF58B44" w:rsidR="00840656" w:rsidRDefault="00000000">
      <w:pPr>
        <w:adjustRightInd w:val="0"/>
        <w:snapToGrid w:val="0"/>
        <w:spacing w:after="120" w:line="288" w:lineRule="auto"/>
        <w:ind w:firstLine="567"/>
        <w:jc w:val="both"/>
      </w:pPr>
      <w:r>
        <w:rPr>
          <w:rFonts w:ascii="Times New Roman" w:eastAsia="Times New Roman" w:hAnsi="Times New Roman" w:cs="Times New Roman"/>
          <w:b/>
          <w:sz w:val="28"/>
        </w:rPr>
        <w:t>Nhận xét:</w:t>
      </w:r>
    </w:p>
    <w:p w14:paraId="726B1324" w14:textId="1F02F329" w:rsidR="00840656" w:rsidRDefault="00000000">
      <w:pPr>
        <w:adjustRightInd w:val="0"/>
        <w:snapToGrid w:val="0"/>
        <w:spacing w:after="120" w:line="288" w:lineRule="auto"/>
        <w:ind w:firstLine="567"/>
        <w:jc w:val="both"/>
      </w:pPr>
      <w:r>
        <w:rPr>
          <w:rFonts w:ascii="Times New Roman" w:eastAsia="Times New Roman" w:hAnsi="Times New Roman" w:cs="Times New Roman"/>
          <w:sz w:val="28"/>
        </w:rPr>
        <w:lastRenderedPageBreak/>
        <w:t xml:space="preserve">Kết quả giám sát từ tháng 1 đến tháng 8/2026 cho thấy chỉ số bọ gậy (BI) tại điểm </w:t>
      </w:r>
      <w:r w:rsidR="00D429D6">
        <w:rPr>
          <w:rFonts w:ascii="Times New Roman" w:eastAsia="Times New Roman" w:hAnsi="Times New Roman" w:cs="Times New Roman"/>
          <w:sz w:val="28"/>
        </w:rPr>
        <w:t>Thuận</w:t>
      </w:r>
      <w:r w:rsidR="00D429D6">
        <w:rPr>
          <w:rFonts w:ascii="Times New Roman" w:eastAsia="Times New Roman" w:hAnsi="Times New Roman" w:cs="Times New Roman"/>
          <w:sz w:val="28"/>
          <w:lang w:val="vi-VN"/>
        </w:rPr>
        <w:t xml:space="preserve"> Hòa </w:t>
      </w:r>
      <w:r>
        <w:rPr>
          <w:rFonts w:ascii="Times New Roman" w:eastAsia="Times New Roman" w:hAnsi="Times New Roman" w:cs="Times New Roman"/>
          <w:sz w:val="28"/>
        </w:rPr>
        <w:t xml:space="preserve">có xu hướng tăng liên tục. Chỉ số BI tăng từ </w:t>
      </w:r>
      <w:r w:rsidR="00D429D6">
        <w:rPr>
          <w:rFonts w:ascii="Times New Roman" w:eastAsia="Times New Roman" w:hAnsi="Times New Roman" w:cs="Times New Roman"/>
          <w:sz w:val="28"/>
        </w:rPr>
        <w:t>20</w:t>
      </w:r>
      <w:r w:rsidR="00D429D6">
        <w:rPr>
          <w:rFonts w:ascii="Times New Roman" w:eastAsia="Times New Roman" w:hAnsi="Times New Roman" w:cs="Times New Roman"/>
          <w:sz w:val="28"/>
          <w:lang w:val="vi-VN"/>
        </w:rPr>
        <w:t xml:space="preserve">.00 </w:t>
      </w:r>
      <w:r>
        <w:rPr>
          <w:rFonts w:ascii="Times New Roman" w:eastAsia="Times New Roman" w:hAnsi="Times New Roman" w:cs="Times New Roman"/>
          <w:sz w:val="28"/>
        </w:rPr>
        <w:t xml:space="preserve">trong tháng 1 lên </w:t>
      </w:r>
      <w:r w:rsidR="00D429D6">
        <w:rPr>
          <w:rFonts w:ascii="Times New Roman" w:eastAsia="Times New Roman" w:hAnsi="Times New Roman" w:cs="Times New Roman"/>
          <w:sz w:val="28"/>
        </w:rPr>
        <w:t>36</w:t>
      </w:r>
      <w:r w:rsidR="00D429D6">
        <w:rPr>
          <w:rFonts w:ascii="Times New Roman" w:eastAsia="Times New Roman" w:hAnsi="Times New Roman" w:cs="Times New Roman"/>
          <w:sz w:val="28"/>
          <w:lang w:val="vi-VN"/>
        </w:rPr>
        <w:t xml:space="preserve">,67 </w:t>
      </w:r>
      <w:r>
        <w:rPr>
          <w:rFonts w:ascii="Times New Roman" w:eastAsia="Times New Roman" w:hAnsi="Times New Roman" w:cs="Times New Roman"/>
          <w:sz w:val="28"/>
        </w:rPr>
        <w:t xml:space="preserve">trong đợt giám sát thứ 8 (tháng 8), luôn duy trì vượt xa ngưỡng nguy cơ truyền bệnh (BI ≥ 20) và tăng từ tháng 5 trở đi. Đi kèm với đó, chỉ số mật độ muỗi (DI) cũng đạt mức </w:t>
      </w:r>
      <w:r w:rsidR="00D429D6">
        <w:rPr>
          <w:rFonts w:ascii="Times New Roman" w:eastAsia="Times New Roman" w:hAnsi="Times New Roman" w:cs="Times New Roman"/>
          <w:sz w:val="28"/>
        </w:rPr>
        <w:t>trung</w:t>
      </w:r>
      <w:r w:rsidR="00D429D6">
        <w:rPr>
          <w:rFonts w:ascii="Times New Roman" w:eastAsia="Times New Roman" w:hAnsi="Times New Roman" w:cs="Times New Roman"/>
          <w:sz w:val="28"/>
          <w:lang w:val="vi-VN"/>
        </w:rPr>
        <w:t xml:space="preserve"> bình </w:t>
      </w:r>
      <w:r>
        <w:rPr>
          <w:rFonts w:ascii="Times New Roman" w:eastAsia="Times New Roman" w:hAnsi="Times New Roman" w:cs="Times New Roman"/>
          <w:sz w:val="28"/>
        </w:rPr>
        <w:t xml:space="preserve"> </w:t>
      </w:r>
      <w:r w:rsidR="00D429D6">
        <w:rPr>
          <w:rFonts w:ascii="Times New Roman" w:eastAsia="Times New Roman" w:hAnsi="Times New Roman" w:cs="Times New Roman"/>
          <w:sz w:val="28"/>
        </w:rPr>
        <w:t>0</w:t>
      </w:r>
      <w:r w:rsidR="00D429D6">
        <w:rPr>
          <w:rFonts w:ascii="Times New Roman" w:eastAsia="Times New Roman" w:hAnsi="Times New Roman" w:cs="Times New Roman"/>
          <w:sz w:val="28"/>
          <w:lang w:val="vi-VN"/>
        </w:rPr>
        <w:t>,63</w:t>
      </w:r>
      <w:r>
        <w:rPr>
          <w:rFonts w:ascii="Times New Roman" w:eastAsia="Times New Roman" w:hAnsi="Times New Roman" w:cs="Times New Roman"/>
          <w:sz w:val="28"/>
        </w:rPr>
        <w:t>.</w:t>
      </w:r>
    </w:p>
    <w:p w14:paraId="6E000643" w14:textId="267C2F77" w:rsidR="00A7742C" w:rsidRPr="007D30DB" w:rsidRDefault="00000000" w:rsidP="007D30DB">
      <w:pPr>
        <w:adjustRightInd w:val="0"/>
        <w:snapToGrid w:val="0"/>
        <w:spacing w:after="120" w:line="288" w:lineRule="auto"/>
        <w:ind w:firstLine="567"/>
        <w:jc w:val="both"/>
        <w:rPr>
          <w:lang w:val="vi-VN"/>
        </w:rPr>
      </w:pPr>
      <w:r>
        <w:rPr>
          <w:rFonts w:ascii="Times New Roman" w:eastAsia="Times New Roman" w:hAnsi="Times New Roman" w:cs="Times New Roman"/>
          <w:sz w:val="28"/>
        </w:rPr>
        <w:t xml:space="preserve"> Các chỉ số côn trùng này phản ánh mật độ véc-tơ ngoài môi trường đang ở mức báo động, giải thích trực tiếp cho đà bùng phát mạnh của số ca mắc sốt xuất huyết trên địa bàn và đòi hỏi công tác diệt lăng quăng phải được làm triệt để hơn nữa</w:t>
      </w:r>
    </w:p>
    <w:p w14:paraId="371F0452" w14:textId="77777777" w:rsidR="00A7742C" w:rsidRDefault="00A7742C">
      <w:pPr>
        <w:spacing w:before="120" w:after="120" w:line="288" w:lineRule="auto"/>
        <w:ind w:firstLine="567"/>
        <w:rPr>
          <w:rFonts w:ascii="Times New Roman" w:eastAsia="Times New Roman" w:hAnsi="Times New Roman" w:cs="Times New Roman"/>
          <w:b/>
          <w:sz w:val="28"/>
          <w:lang w:val="vi-VN"/>
        </w:rPr>
      </w:pPr>
    </w:p>
    <w:p w14:paraId="37A74853" w14:textId="11FD2271" w:rsidR="00840656" w:rsidRPr="00A7742C" w:rsidRDefault="00000000">
      <w:pPr>
        <w:spacing w:before="120" w:after="120" w:line="288" w:lineRule="auto"/>
        <w:ind w:firstLine="567"/>
        <w:rPr>
          <w:lang w:val="vi-VN"/>
        </w:rPr>
      </w:pPr>
      <w:r w:rsidRPr="00A7742C">
        <w:rPr>
          <w:rFonts w:ascii="Times New Roman" w:eastAsia="Times New Roman" w:hAnsi="Times New Roman" w:cs="Times New Roman"/>
          <w:b/>
          <w:sz w:val="28"/>
          <w:lang w:val="vi-VN"/>
        </w:rPr>
        <w:t>II. NHẬN XÉT, ĐÁNH GIÁ</w:t>
      </w:r>
    </w:p>
    <w:p w14:paraId="278E7C69" w14:textId="77777777" w:rsidR="00840656" w:rsidRDefault="00000000">
      <w:pPr>
        <w:adjustRightInd w:val="0"/>
        <w:snapToGrid w:val="0"/>
        <w:spacing w:after="120" w:line="288" w:lineRule="auto"/>
        <w:ind w:firstLine="567"/>
        <w:jc w:val="both"/>
      </w:pPr>
      <w:r>
        <w:rPr>
          <w:rFonts w:ascii="Times New Roman" w:eastAsia="Times New Roman" w:hAnsi="Times New Roman" w:cs="Times New Roman"/>
          <w:b/>
          <w:sz w:val="28"/>
        </w:rPr>
        <w:t>1. Kết quả chung</w:t>
      </w:r>
    </w:p>
    <w:p w14:paraId="20477CF9" w14:textId="4A856458" w:rsidR="00840656" w:rsidRPr="00D429D6" w:rsidRDefault="00000000">
      <w:pPr>
        <w:adjustRightInd w:val="0"/>
        <w:snapToGrid w:val="0"/>
        <w:spacing w:after="120" w:line="288" w:lineRule="auto"/>
        <w:ind w:firstLine="567"/>
        <w:jc w:val="both"/>
        <w:rPr>
          <w:lang w:val="vi-VN"/>
        </w:rPr>
      </w:pPr>
      <w:r>
        <w:rPr>
          <w:rFonts w:ascii="Times New Roman" w:eastAsia="Times New Roman" w:hAnsi="Times New Roman" w:cs="Times New Roman"/>
          <w:sz w:val="28"/>
        </w:rPr>
        <w:t xml:space="preserve">− Toàn xã hiện có </w:t>
      </w:r>
      <w:r w:rsidR="00D429D6">
        <w:rPr>
          <w:rFonts w:ascii="Times New Roman" w:eastAsia="Times New Roman" w:hAnsi="Times New Roman" w:cs="Times New Roman"/>
          <w:sz w:val="28"/>
        </w:rPr>
        <w:t>6380</w:t>
      </w:r>
      <w:r w:rsidR="00D429D6">
        <w:rPr>
          <w:rFonts w:ascii="Times New Roman" w:eastAsia="Times New Roman" w:hAnsi="Times New Roman" w:cs="Times New Roman"/>
          <w:sz w:val="28"/>
          <w:lang w:val="vi-VN"/>
        </w:rPr>
        <w:t xml:space="preserve"> </w:t>
      </w:r>
      <w:r>
        <w:rPr>
          <w:rFonts w:ascii="Times New Roman" w:eastAsia="Times New Roman" w:hAnsi="Times New Roman" w:cs="Times New Roman"/>
          <w:sz w:val="28"/>
        </w:rPr>
        <w:t xml:space="preserve">hộ dân. Trong tuần 37, hoạt động giám sát dịch tễ, điều tra ca bệnh, xử lý ổ dịch tiếp tục được duy trì; hoạt động tổng vệ sinh môi trường và vãng gia diệt lăng quăng </w:t>
      </w:r>
      <w:r w:rsidR="00D429D6">
        <w:rPr>
          <w:rFonts w:ascii="Times New Roman" w:eastAsia="Times New Roman" w:hAnsi="Times New Roman" w:cs="Times New Roman"/>
          <w:sz w:val="28"/>
        </w:rPr>
        <w:t>đang</w:t>
      </w:r>
      <w:r w:rsidR="00D429D6">
        <w:rPr>
          <w:rFonts w:ascii="Times New Roman" w:eastAsia="Times New Roman" w:hAnsi="Times New Roman" w:cs="Times New Roman"/>
          <w:sz w:val="28"/>
          <w:lang w:val="vi-VN"/>
        </w:rPr>
        <w:t xml:space="preserve"> được tiếp tục </w:t>
      </w:r>
    </w:p>
    <w:p w14:paraId="7192121A" w14:textId="0929AD13" w:rsidR="00840656" w:rsidRPr="000C65D2" w:rsidRDefault="00000000">
      <w:pPr>
        <w:adjustRightInd w:val="0"/>
        <w:snapToGrid w:val="0"/>
        <w:spacing w:after="120" w:line="288" w:lineRule="auto"/>
        <w:ind w:firstLine="567"/>
        <w:jc w:val="both"/>
        <w:rPr>
          <w:lang w:val="vi-VN"/>
        </w:rPr>
      </w:pPr>
      <w:r w:rsidRPr="00D429D6">
        <w:rPr>
          <w:rFonts w:ascii="Times New Roman" w:eastAsia="Times New Roman" w:hAnsi="Times New Roman" w:cs="Times New Roman"/>
          <w:sz w:val="28"/>
          <w:lang w:val="vi-VN"/>
        </w:rPr>
        <w:t xml:space="preserve">− Lũy tích đến hết tuần 37, toàn xã ghi nhận </w:t>
      </w:r>
      <w:r w:rsidR="00D429D6">
        <w:rPr>
          <w:rFonts w:ascii="Times New Roman" w:eastAsia="Times New Roman" w:hAnsi="Times New Roman" w:cs="Times New Roman"/>
          <w:sz w:val="28"/>
          <w:lang w:val="vi-VN"/>
        </w:rPr>
        <w:t>132</w:t>
      </w:r>
      <w:r w:rsidRPr="00D429D6">
        <w:rPr>
          <w:rFonts w:ascii="Times New Roman" w:eastAsia="Times New Roman" w:hAnsi="Times New Roman" w:cs="Times New Roman"/>
          <w:sz w:val="28"/>
          <w:lang w:val="vi-VN"/>
        </w:rPr>
        <w:t xml:space="preserve"> ca mắc sốt xuất huyết và </w:t>
      </w:r>
      <w:r w:rsidR="00D429D6">
        <w:rPr>
          <w:rFonts w:ascii="Times New Roman" w:eastAsia="Times New Roman" w:hAnsi="Times New Roman" w:cs="Times New Roman"/>
          <w:sz w:val="28"/>
          <w:lang w:val="vi-VN"/>
        </w:rPr>
        <w:t>61</w:t>
      </w:r>
      <w:r w:rsidRPr="00D429D6">
        <w:rPr>
          <w:rFonts w:ascii="Times New Roman" w:eastAsia="Times New Roman" w:hAnsi="Times New Roman" w:cs="Times New Roman"/>
          <w:sz w:val="28"/>
          <w:lang w:val="vi-VN"/>
        </w:rPr>
        <w:t xml:space="preserve"> ổ dịch, tăng </w:t>
      </w:r>
      <w:r w:rsidR="00D429D6">
        <w:rPr>
          <w:rFonts w:ascii="Times New Roman" w:eastAsia="Times New Roman" w:hAnsi="Times New Roman" w:cs="Times New Roman"/>
          <w:sz w:val="28"/>
          <w:lang w:val="vi-VN"/>
        </w:rPr>
        <w:t>77</w:t>
      </w:r>
      <w:r w:rsidRPr="00D429D6">
        <w:rPr>
          <w:rFonts w:ascii="Times New Roman" w:eastAsia="Times New Roman" w:hAnsi="Times New Roman" w:cs="Times New Roman"/>
          <w:sz w:val="28"/>
          <w:lang w:val="vi-VN"/>
        </w:rPr>
        <w:t xml:space="preserve"> ca mắc và </w:t>
      </w:r>
      <w:r w:rsidR="00D429D6">
        <w:rPr>
          <w:rFonts w:ascii="Times New Roman" w:eastAsia="Times New Roman" w:hAnsi="Times New Roman" w:cs="Times New Roman"/>
          <w:sz w:val="28"/>
          <w:lang w:val="vi-VN"/>
        </w:rPr>
        <w:t>40</w:t>
      </w:r>
      <w:r w:rsidRPr="00D429D6">
        <w:rPr>
          <w:rFonts w:ascii="Times New Roman" w:eastAsia="Times New Roman" w:hAnsi="Times New Roman" w:cs="Times New Roman"/>
          <w:sz w:val="28"/>
          <w:lang w:val="vi-VN"/>
        </w:rPr>
        <w:t xml:space="preserve"> ổ dịch so với cùng kỳ năm 2025. </w:t>
      </w:r>
      <w:r w:rsidRPr="000C65D2">
        <w:rPr>
          <w:rFonts w:ascii="Times New Roman" w:eastAsia="Times New Roman" w:hAnsi="Times New Roman" w:cs="Times New Roman"/>
          <w:sz w:val="28"/>
          <w:lang w:val="vi-VN"/>
        </w:rPr>
        <w:t xml:space="preserve">Trong tuần, số ca mắc mới </w:t>
      </w:r>
      <w:r w:rsidR="00D429D6" w:rsidRPr="000C65D2">
        <w:rPr>
          <w:rFonts w:ascii="Times New Roman" w:eastAsia="Times New Roman" w:hAnsi="Times New Roman" w:cs="Times New Roman"/>
          <w:sz w:val="28"/>
          <w:lang w:val="vi-VN"/>
        </w:rPr>
        <w:t>14</w:t>
      </w:r>
      <w:r w:rsidRPr="000C65D2">
        <w:rPr>
          <w:rFonts w:ascii="Times New Roman" w:eastAsia="Times New Roman" w:hAnsi="Times New Roman" w:cs="Times New Roman"/>
          <w:sz w:val="28"/>
          <w:lang w:val="vi-VN"/>
        </w:rPr>
        <w:t xml:space="preserve"> ca và phát sinh </w:t>
      </w:r>
      <w:r w:rsidR="000C65D2" w:rsidRPr="000C65D2">
        <w:rPr>
          <w:rFonts w:ascii="Times New Roman" w:eastAsia="Times New Roman" w:hAnsi="Times New Roman" w:cs="Times New Roman"/>
          <w:sz w:val="28"/>
          <w:lang w:val="vi-VN"/>
        </w:rPr>
        <w:t>6</w:t>
      </w:r>
      <w:r w:rsidRPr="000C65D2">
        <w:rPr>
          <w:rFonts w:ascii="Times New Roman" w:eastAsia="Times New Roman" w:hAnsi="Times New Roman" w:cs="Times New Roman"/>
          <w:sz w:val="28"/>
          <w:lang w:val="vi-VN"/>
        </w:rPr>
        <w:t xml:space="preserve"> ổ dịch mới.</w:t>
      </w:r>
    </w:p>
    <w:p w14:paraId="0BCD71C0" w14:textId="691D0680" w:rsidR="00840656" w:rsidRPr="000C65D2" w:rsidRDefault="00000000">
      <w:pPr>
        <w:adjustRightInd w:val="0"/>
        <w:snapToGrid w:val="0"/>
        <w:spacing w:after="120" w:line="288" w:lineRule="auto"/>
        <w:ind w:firstLine="567"/>
        <w:jc w:val="both"/>
        <w:rPr>
          <w:lang w:val="vi-VN"/>
        </w:rPr>
      </w:pPr>
      <w:r w:rsidRPr="000C65D2">
        <w:rPr>
          <w:rFonts w:ascii="Times New Roman" w:eastAsia="Times New Roman" w:hAnsi="Times New Roman" w:cs="Times New Roman"/>
          <w:sz w:val="28"/>
          <w:lang w:val="vi-VN"/>
        </w:rPr>
        <w:t xml:space="preserve">− Ca mắc lũy kế tập trung cao nhất tại </w:t>
      </w:r>
      <w:r w:rsidR="000C65D2">
        <w:rPr>
          <w:rFonts w:ascii="Times New Roman" w:eastAsia="Times New Roman" w:hAnsi="Times New Roman" w:cs="Times New Roman"/>
          <w:sz w:val="28"/>
          <w:lang w:val="vi-VN"/>
        </w:rPr>
        <w:t xml:space="preserve"> Thuận Hòa (</w:t>
      </w:r>
      <w:r w:rsidR="00A7742C">
        <w:rPr>
          <w:rFonts w:ascii="Times New Roman" w:eastAsia="Times New Roman" w:hAnsi="Times New Roman" w:cs="Times New Roman"/>
          <w:sz w:val="28"/>
          <w:lang w:val="vi-VN"/>
        </w:rPr>
        <w:t>35 ca</w:t>
      </w:r>
      <w:r w:rsidR="000C65D2">
        <w:rPr>
          <w:rFonts w:ascii="Times New Roman" w:eastAsia="Times New Roman" w:hAnsi="Times New Roman" w:cs="Times New Roman"/>
          <w:sz w:val="28"/>
          <w:lang w:val="vi-VN"/>
        </w:rPr>
        <w:t xml:space="preserve">), Thuận Thành (30ca ) Thuận Hải (23 ca ) , Làng 3 (33 ca) </w:t>
      </w:r>
      <w:r w:rsidRPr="000C65D2">
        <w:rPr>
          <w:rFonts w:ascii="Times New Roman" w:eastAsia="Times New Roman" w:hAnsi="Times New Roman" w:cs="Times New Roman"/>
          <w:sz w:val="28"/>
          <w:lang w:val="vi-VN"/>
        </w:rPr>
        <w:t xml:space="preserve">Trong tuần 37, số ca mắc mới chỉ phát sinh cục bộ tại điểm nóng </w:t>
      </w:r>
      <w:r w:rsidR="000C65D2">
        <w:rPr>
          <w:rFonts w:ascii="Times New Roman" w:eastAsia="Times New Roman" w:hAnsi="Times New Roman" w:cs="Times New Roman"/>
          <w:sz w:val="28"/>
          <w:lang w:val="vi-VN"/>
        </w:rPr>
        <w:t xml:space="preserve">Làng 3 </w:t>
      </w:r>
      <w:r w:rsidRPr="000C65D2">
        <w:rPr>
          <w:rFonts w:ascii="Times New Roman" w:eastAsia="Times New Roman" w:hAnsi="Times New Roman" w:cs="Times New Roman"/>
          <w:sz w:val="28"/>
          <w:lang w:val="vi-VN"/>
        </w:rPr>
        <w:t xml:space="preserve">(5 ca) </w:t>
      </w:r>
      <w:r w:rsidR="000C65D2">
        <w:rPr>
          <w:rFonts w:ascii="Times New Roman" w:eastAsia="Times New Roman" w:hAnsi="Times New Roman" w:cs="Times New Roman"/>
          <w:sz w:val="28"/>
          <w:lang w:val="vi-VN"/>
        </w:rPr>
        <w:t xml:space="preserve">các ấp còn lại 2 ca, </w:t>
      </w:r>
    </w:p>
    <w:p w14:paraId="6DE32F57" w14:textId="7ACC1054" w:rsidR="000C65D2" w:rsidRDefault="00000000">
      <w:pPr>
        <w:adjustRightInd w:val="0"/>
        <w:snapToGrid w:val="0"/>
        <w:spacing w:after="120" w:line="288" w:lineRule="auto"/>
        <w:ind w:firstLine="567"/>
        <w:jc w:val="both"/>
        <w:rPr>
          <w:rFonts w:ascii="Times New Roman" w:eastAsia="Times New Roman" w:hAnsi="Times New Roman" w:cs="Times New Roman"/>
          <w:sz w:val="28"/>
          <w:lang w:val="vi-VN"/>
        </w:rPr>
      </w:pPr>
      <w:r w:rsidRPr="000C65D2">
        <w:rPr>
          <w:rFonts w:ascii="Times New Roman" w:eastAsia="Times New Roman" w:hAnsi="Times New Roman" w:cs="Times New Roman"/>
          <w:sz w:val="28"/>
          <w:lang w:val="vi-VN"/>
        </w:rPr>
        <w:t>− Ổ dịch tập trung chủ yếu tại</w:t>
      </w:r>
      <w:r w:rsidR="000C65D2" w:rsidRPr="000C65D2">
        <w:rPr>
          <w:lang w:val="vi-VN"/>
        </w:rPr>
        <w:t xml:space="preserve"> </w:t>
      </w:r>
      <w:r w:rsidR="000C65D2" w:rsidRPr="000C65D2">
        <w:rPr>
          <w:rFonts w:ascii="Times New Roman" w:eastAsia="Times New Roman" w:hAnsi="Times New Roman" w:cs="Times New Roman"/>
          <w:sz w:val="28"/>
          <w:lang w:val="vi-VN"/>
        </w:rPr>
        <w:t xml:space="preserve">Thuận Hòa ( 18 ổ ),Thuận thành (10 ổ ), Làng 3(15 ổ ), Thuận Hải( 11 ổ), </w:t>
      </w:r>
      <w:r w:rsidRPr="000C65D2">
        <w:rPr>
          <w:rFonts w:ascii="Times New Roman" w:eastAsia="Times New Roman" w:hAnsi="Times New Roman" w:cs="Times New Roman"/>
          <w:sz w:val="28"/>
          <w:lang w:val="vi-VN"/>
        </w:rPr>
        <w:t xml:space="preserve">Trong tuần 37, phát sinh thêm </w:t>
      </w:r>
      <w:r w:rsidR="000C65D2">
        <w:rPr>
          <w:rFonts w:ascii="Times New Roman" w:eastAsia="Times New Roman" w:hAnsi="Times New Roman" w:cs="Times New Roman"/>
          <w:sz w:val="28"/>
          <w:lang w:val="vi-VN"/>
        </w:rPr>
        <w:t xml:space="preserve">6 </w:t>
      </w:r>
      <w:r w:rsidRPr="000C65D2">
        <w:rPr>
          <w:rFonts w:ascii="Times New Roman" w:eastAsia="Times New Roman" w:hAnsi="Times New Roman" w:cs="Times New Roman"/>
          <w:sz w:val="28"/>
          <w:lang w:val="vi-VN"/>
        </w:rPr>
        <w:t xml:space="preserve">ổ dịch phân bố rải rác tại </w:t>
      </w:r>
      <w:r w:rsidR="000C65D2" w:rsidRPr="000C65D2">
        <w:rPr>
          <w:rFonts w:ascii="Times New Roman" w:eastAsia="Times New Roman" w:hAnsi="Times New Roman" w:cs="Times New Roman"/>
          <w:sz w:val="28"/>
          <w:lang w:val="vi-VN"/>
        </w:rPr>
        <w:t xml:space="preserve">tại Thuận thành (1 ổ), Thuận Hòa (1 ổ) và Thuận Hải (1 ổ). Làng 3 (2 ổ), Thuận Phú (1 ổ )  </w:t>
      </w:r>
    </w:p>
    <w:p w14:paraId="601F3904" w14:textId="51BB1920" w:rsidR="00840656" w:rsidRPr="00A7742C" w:rsidRDefault="00000000">
      <w:pPr>
        <w:adjustRightInd w:val="0"/>
        <w:snapToGrid w:val="0"/>
        <w:spacing w:after="120" w:line="288" w:lineRule="auto"/>
        <w:ind w:firstLine="567"/>
        <w:jc w:val="both"/>
        <w:rPr>
          <w:lang w:val="vi-VN"/>
        </w:rPr>
      </w:pPr>
      <w:r w:rsidRPr="000C65D2">
        <w:rPr>
          <w:rFonts w:ascii="Times New Roman" w:eastAsia="Times New Roman" w:hAnsi="Times New Roman" w:cs="Times New Roman"/>
          <w:sz w:val="28"/>
          <w:lang w:val="vi-VN"/>
        </w:rPr>
        <w:t>− Biểu đồ dịch tễ cho thấy sau khi đạt đỉnh vào tuần 35 (</w:t>
      </w:r>
      <w:r w:rsidR="00A7742C">
        <w:rPr>
          <w:rFonts w:ascii="Times New Roman" w:eastAsia="Times New Roman" w:hAnsi="Times New Roman" w:cs="Times New Roman"/>
          <w:sz w:val="28"/>
          <w:lang w:val="vi-VN"/>
        </w:rPr>
        <w:t>17</w:t>
      </w:r>
      <w:r w:rsidRPr="000C65D2">
        <w:rPr>
          <w:rFonts w:ascii="Times New Roman" w:eastAsia="Times New Roman" w:hAnsi="Times New Roman" w:cs="Times New Roman"/>
          <w:sz w:val="28"/>
          <w:lang w:val="vi-VN"/>
        </w:rPr>
        <w:t xml:space="preserve"> ca), số ca mắc mới đã </w:t>
      </w:r>
      <w:r w:rsidR="00A7742C">
        <w:rPr>
          <w:rFonts w:ascii="Times New Roman" w:eastAsia="Times New Roman" w:hAnsi="Times New Roman" w:cs="Times New Roman"/>
          <w:sz w:val="28"/>
          <w:lang w:val="vi-VN"/>
        </w:rPr>
        <w:t>giảm nhưng không đáng kể</w:t>
      </w:r>
      <w:r w:rsidRPr="000C65D2">
        <w:rPr>
          <w:rFonts w:ascii="Times New Roman" w:eastAsia="Times New Roman" w:hAnsi="Times New Roman" w:cs="Times New Roman"/>
          <w:sz w:val="28"/>
          <w:lang w:val="vi-VN"/>
        </w:rPr>
        <w:t xml:space="preserve">, ghi nhận </w:t>
      </w:r>
      <w:r w:rsidR="00A7742C">
        <w:rPr>
          <w:rFonts w:ascii="Times New Roman" w:eastAsia="Times New Roman" w:hAnsi="Times New Roman" w:cs="Times New Roman"/>
          <w:sz w:val="28"/>
          <w:lang w:val="vi-VN"/>
        </w:rPr>
        <w:t>14</w:t>
      </w:r>
      <w:r w:rsidRPr="000C65D2">
        <w:rPr>
          <w:rFonts w:ascii="Times New Roman" w:eastAsia="Times New Roman" w:hAnsi="Times New Roman" w:cs="Times New Roman"/>
          <w:sz w:val="28"/>
          <w:lang w:val="vi-VN"/>
        </w:rPr>
        <w:t xml:space="preserve"> ca tại tuần 37. </w:t>
      </w:r>
      <w:r w:rsidRPr="00A7742C">
        <w:rPr>
          <w:rFonts w:ascii="Times New Roman" w:eastAsia="Times New Roman" w:hAnsi="Times New Roman" w:cs="Times New Roman"/>
          <w:sz w:val="28"/>
          <w:lang w:val="vi-VN"/>
        </w:rPr>
        <w:t xml:space="preserve">Đường biểu diễn số ca mắc hiện tại đã nằm </w:t>
      </w:r>
      <w:r w:rsidR="00A7742C" w:rsidRPr="00A7742C">
        <w:rPr>
          <w:rFonts w:ascii="Times New Roman" w:eastAsia="Times New Roman" w:hAnsi="Times New Roman" w:cs="Times New Roman"/>
          <w:sz w:val="28"/>
          <w:lang w:val="vi-VN"/>
        </w:rPr>
        <w:t>mức</w:t>
      </w:r>
      <w:r w:rsidR="00A7742C">
        <w:rPr>
          <w:rFonts w:ascii="Times New Roman" w:eastAsia="Times New Roman" w:hAnsi="Times New Roman" w:cs="Times New Roman"/>
          <w:sz w:val="28"/>
          <w:lang w:val="vi-VN"/>
        </w:rPr>
        <w:t xml:space="preserve"> trung bình </w:t>
      </w:r>
      <w:r w:rsidRPr="00A7742C">
        <w:rPr>
          <w:rFonts w:ascii="Times New Roman" w:eastAsia="Times New Roman" w:hAnsi="Times New Roman" w:cs="Times New Roman"/>
          <w:sz w:val="28"/>
          <w:lang w:val="vi-VN"/>
        </w:rPr>
        <w:t xml:space="preserve">ngưỡng cảnh báo dịch (TB+2SD) và </w:t>
      </w:r>
      <w:r w:rsidR="00A7742C">
        <w:rPr>
          <w:rFonts w:ascii="Times New Roman" w:eastAsia="Times New Roman" w:hAnsi="Times New Roman" w:cs="Times New Roman"/>
          <w:sz w:val="28"/>
          <w:lang w:val="vi-VN"/>
        </w:rPr>
        <w:t xml:space="preserve">cao </w:t>
      </w:r>
      <w:r w:rsidRPr="00A7742C">
        <w:rPr>
          <w:rFonts w:ascii="Times New Roman" w:eastAsia="Times New Roman" w:hAnsi="Times New Roman" w:cs="Times New Roman"/>
          <w:sz w:val="28"/>
          <w:lang w:val="vi-VN"/>
        </w:rPr>
        <w:t xml:space="preserve">hơn cùng kỳ năm 2025. Diễn biến này khẳng định </w:t>
      </w:r>
      <w:r w:rsidR="00A7742C" w:rsidRPr="00A7742C">
        <w:rPr>
          <w:rFonts w:ascii="Times New Roman" w:eastAsia="Times New Roman" w:hAnsi="Times New Roman" w:cs="Times New Roman"/>
          <w:sz w:val="28"/>
          <w:lang w:val="vi-VN"/>
        </w:rPr>
        <w:t>dịch</w:t>
      </w:r>
      <w:r w:rsidR="00A7742C">
        <w:rPr>
          <w:rFonts w:ascii="Times New Roman" w:eastAsia="Times New Roman" w:hAnsi="Times New Roman" w:cs="Times New Roman"/>
          <w:sz w:val="28"/>
          <w:lang w:val="vi-VN"/>
        </w:rPr>
        <w:t xml:space="preserve"> sốt xuất huyết đang có chiều hướng gia tăng cần triển khai quyết liệt hơn công tác xử lý ổ dịch và diệt loăng quăng bọ gậy </w:t>
      </w:r>
    </w:p>
    <w:p w14:paraId="28DB496A" w14:textId="77777777" w:rsidR="00840656" w:rsidRPr="00A7742C" w:rsidRDefault="00000000">
      <w:pPr>
        <w:adjustRightInd w:val="0"/>
        <w:snapToGrid w:val="0"/>
        <w:spacing w:after="120" w:line="288" w:lineRule="auto"/>
        <w:ind w:firstLine="567"/>
        <w:jc w:val="both"/>
        <w:rPr>
          <w:lang w:val="vi-VN"/>
        </w:rPr>
      </w:pPr>
      <w:r w:rsidRPr="00A7742C">
        <w:rPr>
          <w:rFonts w:ascii="Times New Roman" w:eastAsia="Times New Roman" w:hAnsi="Times New Roman" w:cs="Times New Roman"/>
          <w:b/>
          <w:sz w:val="28"/>
          <w:lang w:val="vi-VN"/>
        </w:rPr>
        <w:t>2. Phạm vi triển khai</w:t>
      </w:r>
    </w:p>
    <w:p w14:paraId="7F9C1DC1" w14:textId="3928225E" w:rsidR="00840656" w:rsidRDefault="00000000">
      <w:pPr>
        <w:adjustRightInd w:val="0"/>
        <w:snapToGrid w:val="0"/>
        <w:spacing w:after="120" w:line="288" w:lineRule="auto"/>
        <w:ind w:firstLine="567"/>
        <w:jc w:val="both"/>
        <w:rPr>
          <w:rFonts w:ascii="Times New Roman" w:eastAsia="Times New Roman" w:hAnsi="Times New Roman" w:cs="Times New Roman"/>
          <w:sz w:val="28"/>
          <w:lang w:val="vi-VN"/>
        </w:rPr>
      </w:pPr>
      <w:r w:rsidRPr="00A7742C">
        <w:rPr>
          <w:rFonts w:ascii="Times New Roman" w:eastAsia="Times New Roman" w:hAnsi="Times New Roman" w:cs="Times New Roman"/>
          <w:sz w:val="28"/>
          <w:lang w:val="vi-VN"/>
        </w:rPr>
        <w:lastRenderedPageBreak/>
        <w:t xml:space="preserve">− Trong tuần 37, toàn xã chỉ thực hiện vãng gia vệ sinh môi trường, diệt lăng quăng tại </w:t>
      </w:r>
      <w:r w:rsidR="00A7742C" w:rsidRPr="00A7742C">
        <w:rPr>
          <w:rFonts w:ascii="Times New Roman" w:eastAsia="Times New Roman" w:hAnsi="Times New Roman" w:cs="Times New Roman"/>
          <w:sz w:val="28"/>
          <w:lang w:val="vi-VN"/>
        </w:rPr>
        <w:t>678</w:t>
      </w:r>
      <w:r w:rsidRPr="00A7742C">
        <w:rPr>
          <w:rFonts w:ascii="Times New Roman" w:eastAsia="Times New Roman" w:hAnsi="Times New Roman" w:cs="Times New Roman"/>
          <w:sz w:val="28"/>
          <w:lang w:val="vi-VN"/>
        </w:rPr>
        <w:t xml:space="preserve"> lượt hộ, nâng lũy tích lên </w:t>
      </w:r>
      <w:r w:rsidR="00A7742C" w:rsidRPr="00A7742C">
        <w:rPr>
          <w:rFonts w:ascii="Times New Roman" w:eastAsia="Times New Roman" w:hAnsi="Times New Roman" w:cs="Times New Roman"/>
          <w:sz w:val="28"/>
          <w:lang w:val="vi-VN"/>
        </w:rPr>
        <w:t>2358</w:t>
      </w:r>
      <w:r w:rsidR="00A7742C">
        <w:rPr>
          <w:rFonts w:ascii="Times New Roman" w:eastAsia="Times New Roman" w:hAnsi="Times New Roman" w:cs="Times New Roman"/>
          <w:sz w:val="28"/>
          <w:lang w:val="vi-VN"/>
        </w:rPr>
        <w:t xml:space="preserve"> </w:t>
      </w:r>
      <w:r w:rsidRPr="00A7742C">
        <w:rPr>
          <w:rFonts w:ascii="Times New Roman" w:eastAsia="Times New Roman" w:hAnsi="Times New Roman" w:cs="Times New Roman"/>
          <w:sz w:val="28"/>
          <w:lang w:val="vi-VN"/>
        </w:rPr>
        <w:t xml:space="preserve">lượt hộ, </w:t>
      </w:r>
      <w:r w:rsidR="00A7742C">
        <w:rPr>
          <w:rFonts w:ascii="Times New Roman" w:eastAsia="Times New Roman" w:hAnsi="Times New Roman" w:cs="Times New Roman"/>
          <w:sz w:val="28"/>
          <w:lang w:val="vi-VN"/>
        </w:rPr>
        <w:t>đạt 36,9%</w:t>
      </w:r>
      <w:r w:rsidR="00077EBF">
        <w:rPr>
          <w:rFonts w:ascii="Times New Roman" w:eastAsia="Times New Roman" w:hAnsi="Times New Roman" w:cs="Times New Roman"/>
          <w:sz w:val="28"/>
          <w:lang w:val="vi-VN"/>
        </w:rPr>
        <w:t xml:space="preserve"> </w:t>
      </w:r>
      <w:r w:rsidRPr="00A7742C">
        <w:rPr>
          <w:rFonts w:ascii="Times New Roman" w:eastAsia="Times New Roman" w:hAnsi="Times New Roman" w:cs="Times New Roman"/>
          <w:sz w:val="28"/>
          <w:lang w:val="vi-VN"/>
        </w:rPr>
        <w:t>tổng số hộ toàn xã.</w:t>
      </w:r>
    </w:p>
    <w:p w14:paraId="53A7B9DB" w14:textId="66D41D5D" w:rsidR="00077EBF" w:rsidRPr="00077EBF" w:rsidRDefault="00077EBF" w:rsidP="00077EBF">
      <w:pPr>
        <w:pStyle w:val="ListParagraph"/>
        <w:adjustRightInd w:val="0"/>
        <w:snapToGrid w:val="0"/>
        <w:spacing w:after="120" w:line="288" w:lineRule="auto"/>
        <w:ind w:left="927"/>
        <w:jc w:val="both"/>
        <w:rPr>
          <w:lang w:val="vi-VN"/>
        </w:rPr>
      </w:pPr>
    </w:p>
    <w:p w14:paraId="510D19E5" w14:textId="0570136B" w:rsidR="00840656" w:rsidRPr="00077EBF" w:rsidRDefault="00000000">
      <w:pPr>
        <w:adjustRightInd w:val="0"/>
        <w:snapToGrid w:val="0"/>
        <w:spacing w:after="120" w:line="288" w:lineRule="auto"/>
        <w:ind w:firstLine="567"/>
        <w:jc w:val="both"/>
        <w:rPr>
          <w:lang w:val="vi-VN"/>
        </w:rPr>
      </w:pPr>
      <w:r w:rsidRPr="00077EBF">
        <w:rPr>
          <w:rFonts w:ascii="Times New Roman" w:eastAsia="Times New Roman" w:hAnsi="Times New Roman" w:cs="Times New Roman"/>
          <w:sz w:val="28"/>
          <w:lang w:val="vi-VN"/>
        </w:rPr>
        <w:t xml:space="preserve">− Tỷ lệ bao phủ chung  đạt </w:t>
      </w:r>
      <w:r w:rsidR="00077EBF">
        <w:rPr>
          <w:rFonts w:ascii="Times New Roman" w:eastAsia="Times New Roman" w:hAnsi="Times New Roman" w:cs="Times New Roman"/>
          <w:sz w:val="28"/>
          <w:lang w:val="vi-VN"/>
        </w:rPr>
        <w:t>36,9</w:t>
      </w:r>
      <w:r w:rsidRPr="00077EBF">
        <w:rPr>
          <w:rFonts w:ascii="Times New Roman" w:eastAsia="Times New Roman" w:hAnsi="Times New Roman" w:cs="Times New Roman"/>
          <w:sz w:val="28"/>
          <w:lang w:val="vi-VN"/>
        </w:rPr>
        <w:t xml:space="preserve">% </w:t>
      </w:r>
      <w:r w:rsidR="00077EBF">
        <w:rPr>
          <w:rFonts w:ascii="Times New Roman" w:eastAsia="Times New Roman" w:hAnsi="Times New Roman" w:cs="Times New Roman"/>
          <w:sz w:val="28"/>
          <w:lang w:val="vi-VN"/>
        </w:rPr>
        <w:t xml:space="preserve">cho thấy </w:t>
      </w:r>
      <w:r w:rsidRPr="00077EBF">
        <w:rPr>
          <w:rFonts w:ascii="Times New Roman" w:eastAsia="Times New Roman" w:hAnsi="Times New Roman" w:cs="Times New Roman"/>
          <w:sz w:val="28"/>
          <w:lang w:val="vi-VN"/>
        </w:rPr>
        <w:t xml:space="preserve"> cường độ triển khai </w:t>
      </w:r>
      <w:r w:rsidR="00077EBF">
        <w:rPr>
          <w:rFonts w:ascii="Times New Roman" w:eastAsia="Times New Roman" w:hAnsi="Times New Roman" w:cs="Times New Roman"/>
          <w:sz w:val="28"/>
          <w:lang w:val="vi-VN"/>
        </w:rPr>
        <w:t xml:space="preserve">chến dịch loăng quăng chưa đạt kết quả cao, </w:t>
      </w:r>
      <w:r w:rsidRPr="00077EBF">
        <w:rPr>
          <w:rFonts w:ascii="Times New Roman" w:eastAsia="Times New Roman" w:hAnsi="Times New Roman" w:cs="Times New Roman"/>
          <w:sz w:val="28"/>
          <w:lang w:val="vi-VN"/>
        </w:rPr>
        <w:t xml:space="preserve">trong tuần 37 </w:t>
      </w:r>
      <w:r w:rsidR="00077EBF">
        <w:rPr>
          <w:rFonts w:ascii="Times New Roman" w:eastAsia="Times New Roman" w:hAnsi="Times New Roman" w:cs="Times New Roman"/>
          <w:sz w:val="28"/>
          <w:lang w:val="vi-VN"/>
        </w:rPr>
        <w:t>ra quân chiến dịch diệt loăng quăng cao hơn so với các tuần trước, tuy nhiên sự hưởng hứng của các ban ngành thôn ấp chưa vào cuộc cao chủ yếu là y tế và y tế thôn bản, cộng tác viên dân số ra quân</w:t>
      </w:r>
      <w:r w:rsidRPr="00077EBF">
        <w:rPr>
          <w:rFonts w:ascii="Times New Roman" w:eastAsia="Times New Roman" w:hAnsi="Times New Roman" w:cs="Times New Roman"/>
          <w:sz w:val="28"/>
          <w:lang w:val="vi-VN"/>
        </w:rPr>
        <w:t xml:space="preserve">. </w:t>
      </w:r>
      <w:r w:rsidR="00077EBF">
        <w:rPr>
          <w:rFonts w:ascii="Times New Roman" w:eastAsia="Times New Roman" w:hAnsi="Times New Roman" w:cs="Times New Roman"/>
          <w:sz w:val="28"/>
          <w:lang w:val="vi-VN"/>
        </w:rPr>
        <w:t xml:space="preserve">Qua đây đề nghị các ban ấp, ban ngành phối hợp cùng ra quân chiến dịch hàng tuần để đạt kết quả cao </w:t>
      </w:r>
    </w:p>
    <w:p w14:paraId="7EA744F9" w14:textId="77777777" w:rsidR="00840656" w:rsidRDefault="00000000">
      <w:pPr>
        <w:adjustRightInd w:val="0"/>
        <w:snapToGrid w:val="0"/>
        <w:spacing w:after="120" w:line="288" w:lineRule="auto"/>
        <w:ind w:firstLine="567"/>
        <w:jc w:val="both"/>
      </w:pPr>
      <w:r>
        <w:rPr>
          <w:rFonts w:ascii="Times New Roman" w:eastAsia="Times New Roman" w:hAnsi="Times New Roman" w:cs="Times New Roman"/>
          <w:b/>
          <w:sz w:val="28"/>
        </w:rPr>
        <w:t>3. Đánh giá chung</w:t>
      </w:r>
    </w:p>
    <w:p w14:paraId="720DFC0A" w14:textId="5AFE07DB" w:rsidR="00840656" w:rsidRDefault="00000000">
      <w:pPr>
        <w:adjustRightInd w:val="0"/>
        <w:snapToGrid w:val="0"/>
        <w:spacing w:after="120" w:line="288" w:lineRule="auto"/>
        <w:ind w:firstLine="567"/>
        <w:jc w:val="both"/>
      </w:pPr>
      <w:r>
        <w:rPr>
          <w:rFonts w:ascii="Times New Roman" w:eastAsia="Times New Roman" w:hAnsi="Times New Roman" w:cs="Times New Roman"/>
          <w:sz w:val="28"/>
        </w:rPr>
        <w:t xml:space="preserve">− Dịch sốt xuất huyết </w:t>
      </w:r>
      <w:r w:rsidR="00077EBF">
        <w:rPr>
          <w:rFonts w:ascii="Times New Roman" w:eastAsia="Times New Roman" w:hAnsi="Times New Roman" w:cs="Times New Roman"/>
          <w:sz w:val="28"/>
        </w:rPr>
        <w:t>có</w:t>
      </w:r>
      <w:r w:rsidR="00077EBF">
        <w:rPr>
          <w:rFonts w:ascii="Times New Roman" w:eastAsia="Times New Roman" w:hAnsi="Times New Roman" w:cs="Times New Roman"/>
          <w:sz w:val="28"/>
          <w:lang w:val="vi-VN"/>
        </w:rPr>
        <w:t xml:space="preserve"> dấu hiệu tăng</w:t>
      </w:r>
      <w:r>
        <w:rPr>
          <w:rFonts w:ascii="Times New Roman" w:eastAsia="Times New Roman" w:hAnsi="Times New Roman" w:cs="Times New Roman"/>
          <w:sz w:val="28"/>
        </w:rPr>
        <w:t xml:space="preserve">, số ca mắc và ổ dịch phát sinh mới </w:t>
      </w:r>
      <w:r w:rsidR="00077EBF">
        <w:rPr>
          <w:rFonts w:ascii="Times New Roman" w:eastAsia="Times New Roman" w:hAnsi="Times New Roman" w:cs="Times New Roman"/>
          <w:sz w:val="28"/>
        </w:rPr>
        <w:t>có</w:t>
      </w:r>
      <w:r w:rsidR="00077EBF">
        <w:rPr>
          <w:rFonts w:ascii="Times New Roman" w:eastAsia="Times New Roman" w:hAnsi="Times New Roman" w:cs="Times New Roman"/>
          <w:sz w:val="28"/>
          <w:lang w:val="vi-VN"/>
        </w:rPr>
        <w:t xml:space="preserve"> giảm nhưng chưa đáng kể</w:t>
      </w:r>
      <w:r>
        <w:rPr>
          <w:rFonts w:ascii="Times New Roman" w:eastAsia="Times New Roman" w:hAnsi="Times New Roman" w:cs="Times New Roman"/>
          <w:sz w:val="28"/>
        </w:rPr>
        <w:t>,  gánh nặng bệnh tật lũy kế vẫn rất cao so với năm 2025.</w:t>
      </w:r>
    </w:p>
    <w:p w14:paraId="1D8B07F1" w14:textId="6FCEE5C9" w:rsidR="00840656" w:rsidRPr="000420F7" w:rsidRDefault="00000000">
      <w:pPr>
        <w:adjustRightInd w:val="0"/>
        <w:snapToGrid w:val="0"/>
        <w:spacing w:after="120" w:line="288" w:lineRule="auto"/>
        <w:ind w:firstLine="567"/>
        <w:jc w:val="both"/>
        <w:rPr>
          <w:lang w:val="vi-VN"/>
        </w:rPr>
      </w:pPr>
      <w:r>
        <w:rPr>
          <w:rFonts w:ascii="Times New Roman" w:eastAsia="Times New Roman" w:hAnsi="Times New Roman" w:cs="Times New Roman"/>
          <w:sz w:val="28"/>
        </w:rPr>
        <w:t xml:space="preserve">− </w:t>
      </w:r>
      <w:r w:rsidR="000420F7">
        <w:rPr>
          <w:rFonts w:ascii="Times New Roman" w:eastAsia="Times New Roman" w:hAnsi="Times New Roman" w:cs="Times New Roman"/>
          <w:sz w:val="28"/>
        </w:rPr>
        <w:t>Công</w:t>
      </w:r>
      <w:r w:rsidR="000420F7">
        <w:rPr>
          <w:rFonts w:ascii="Times New Roman" w:eastAsia="Times New Roman" w:hAnsi="Times New Roman" w:cs="Times New Roman"/>
          <w:sz w:val="28"/>
          <w:lang w:val="vi-VN"/>
        </w:rPr>
        <w:t xml:space="preserve"> tác diệt loăng quăng chưa đạt cao do chưa có sự đồng bộ vào cuộc của các ban ấp, người dân còn chủ quan chưa ý thức cao về công tác diệt loăng quăng bọ gậy </w:t>
      </w:r>
    </w:p>
    <w:p w14:paraId="79BC6936" w14:textId="6F524607" w:rsidR="00840656" w:rsidRPr="000420F7" w:rsidRDefault="00000000">
      <w:pPr>
        <w:adjustRightInd w:val="0"/>
        <w:snapToGrid w:val="0"/>
        <w:spacing w:after="120" w:line="288" w:lineRule="auto"/>
        <w:ind w:firstLine="567"/>
        <w:jc w:val="both"/>
        <w:rPr>
          <w:lang w:val="vi-VN"/>
        </w:rPr>
      </w:pPr>
      <w:r w:rsidRPr="000420F7">
        <w:rPr>
          <w:rFonts w:ascii="Times New Roman" w:eastAsia="Times New Roman" w:hAnsi="Times New Roman" w:cs="Times New Roman"/>
          <w:sz w:val="28"/>
          <w:lang w:val="vi-VN"/>
        </w:rPr>
        <w:t>− Sự thiếu đồng bộ này có nguy cơ tạo ra "lỗ hổng" lớn trong công tác phòng dịch. Cần khẩn trương chấn chỉnh, đôn đốc lực lượng kiên quyết duy trì chiến dịch hằng tuần, tuyệt đối không được nới lỏng các biện pháp kiểm soát véc-tơ để bảo vệ vững chắc thành quả chống dịch.</w:t>
      </w:r>
    </w:p>
    <w:p w14:paraId="4C1D3374" w14:textId="77777777" w:rsidR="00840656" w:rsidRDefault="00000000">
      <w:pPr>
        <w:spacing w:before="120" w:after="120" w:line="288" w:lineRule="auto"/>
        <w:ind w:firstLine="567"/>
      </w:pPr>
      <w:r>
        <w:rPr>
          <w:rFonts w:ascii="Times New Roman" w:eastAsia="Times New Roman" w:hAnsi="Times New Roman" w:cs="Times New Roman"/>
          <w:b/>
          <w:sz w:val="28"/>
        </w:rPr>
        <w:t>III. KHÓ KHĂN</w:t>
      </w:r>
    </w:p>
    <w:p w14:paraId="174BC648" w14:textId="39B46AEA" w:rsidR="00840656" w:rsidRDefault="00000000">
      <w:pPr>
        <w:adjustRightInd w:val="0"/>
        <w:snapToGrid w:val="0"/>
        <w:spacing w:after="120" w:line="288" w:lineRule="auto"/>
        <w:ind w:firstLine="567"/>
        <w:jc w:val="both"/>
      </w:pPr>
      <w:r>
        <w:rPr>
          <w:rFonts w:ascii="Times New Roman" w:eastAsia="Times New Roman" w:hAnsi="Times New Roman" w:cs="Times New Roman"/>
          <w:sz w:val="28"/>
        </w:rPr>
        <w:t xml:space="preserve">− Cường độ duy trì chiến dịch diệt lăng quăng </w:t>
      </w:r>
      <w:r w:rsidR="000420F7">
        <w:rPr>
          <w:rFonts w:ascii="Times New Roman" w:eastAsia="Times New Roman" w:hAnsi="Times New Roman" w:cs="Times New Roman"/>
          <w:sz w:val="28"/>
        </w:rPr>
        <w:t>chưa</w:t>
      </w:r>
      <w:r w:rsidR="000420F7">
        <w:rPr>
          <w:rFonts w:ascii="Times New Roman" w:eastAsia="Times New Roman" w:hAnsi="Times New Roman" w:cs="Times New Roman"/>
          <w:sz w:val="28"/>
          <w:lang w:val="vi-VN"/>
        </w:rPr>
        <w:t xml:space="preserve"> cao</w:t>
      </w:r>
      <w:r>
        <w:rPr>
          <w:rFonts w:ascii="Times New Roman" w:eastAsia="Times New Roman" w:hAnsi="Times New Roman" w:cs="Times New Roman"/>
          <w:sz w:val="28"/>
        </w:rPr>
        <w:t>, lực lượng mỏng dần, phản ánh tình trạng quá tải kéo dài hoặc sự đuối sức, chủ quan của lực lượng tuyến cơ sở.</w:t>
      </w:r>
    </w:p>
    <w:p w14:paraId="63A32623" w14:textId="77777777" w:rsidR="00840656" w:rsidRDefault="00000000">
      <w:pPr>
        <w:adjustRightInd w:val="0"/>
        <w:snapToGrid w:val="0"/>
        <w:spacing w:after="120" w:line="288" w:lineRule="auto"/>
        <w:ind w:firstLine="567"/>
        <w:jc w:val="both"/>
      </w:pPr>
      <w:r>
        <w:rPr>
          <w:rFonts w:ascii="Times New Roman" w:eastAsia="Times New Roman" w:hAnsi="Times New Roman" w:cs="Times New Roman"/>
          <w:sz w:val="28"/>
        </w:rPr>
        <w:t>− Một bộ phận người dân vẫn có tâm lý ỷ lại vào việc phun hóa chất của ngành y tế, chưa tự giác lật úp phế thải và diệt lăng quăng, dễ sinh tâm lý lơ là khi thấy không còn ca bệnh rầm rộ như các tuần trước.</w:t>
      </w:r>
    </w:p>
    <w:p w14:paraId="04FAEB6E" w14:textId="77777777" w:rsidR="00840656" w:rsidRDefault="00000000">
      <w:pPr>
        <w:spacing w:before="120" w:after="120" w:line="288" w:lineRule="auto"/>
        <w:ind w:firstLine="567"/>
      </w:pPr>
      <w:r>
        <w:rPr>
          <w:rFonts w:ascii="Times New Roman" w:eastAsia="Times New Roman" w:hAnsi="Times New Roman" w:cs="Times New Roman"/>
          <w:b/>
          <w:sz w:val="28"/>
        </w:rPr>
        <w:t>IV. KIẾN NGHỊ, ĐỀ XUẤT</w:t>
      </w:r>
    </w:p>
    <w:p w14:paraId="29267EDA" w14:textId="73F0CD3B" w:rsidR="00840656" w:rsidRPr="000420F7" w:rsidRDefault="00000000">
      <w:pPr>
        <w:adjustRightInd w:val="0"/>
        <w:snapToGrid w:val="0"/>
        <w:spacing w:after="120" w:line="288" w:lineRule="auto"/>
        <w:ind w:firstLine="567"/>
        <w:jc w:val="both"/>
        <w:rPr>
          <w:lang w:val="vi-VN"/>
        </w:rPr>
      </w:pPr>
      <w:r>
        <w:rPr>
          <w:rFonts w:ascii="Times New Roman" w:eastAsia="Times New Roman" w:hAnsi="Times New Roman" w:cs="Times New Roman"/>
          <w:b/>
          <w:sz w:val="28"/>
        </w:rPr>
        <w:t xml:space="preserve">1. Trung tâm Y tế khu vực </w:t>
      </w:r>
      <w:r w:rsidR="000420F7">
        <w:rPr>
          <w:rFonts w:ascii="Times New Roman" w:eastAsia="Times New Roman" w:hAnsi="Times New Roman" w:cs="Times New Roman"/>
          <w:b/>
          <w:sz w:val="28"/>
        </w:rPr>
        <w:t>Phú</w:t>
      </w:r>
      <w:r w:rsidR="000420F7">
        <w:rPr>
          <w:rFonts w:ascii="Times New Roman" w:eastAsia="Times New Roman" w:hAnsi="Times New Roman" w:cs="Times New Roman"/>
          <w:b/>
          <w:sz w:val="28"/>
          <w:lang w:val="vi-VN"/>
        </w:rPr>
        <w:t xml:space="preserve"> Riềng </w:t>
      </w:r>
    </w:p>
    <w:p w14:paraId="44DD4B42" w14:textId="60F2EB4C" w:rsidR="00840656" w:rsidRPr="000420F7" w:rsidRDefault="00000000">
      <w:pPr>
        <w:adjustRightInd w:val="0"/>
        <w:snapToGrid w:val="0"/>
        <w:spacing w:after="120" w:line="288" w:lineRule="auto"/>
        <w:ind w:firstLine="567"/>
        <w:jc w:val="both"/>
        <w:rPr>
          <w:lang w:val="vi-VN"/>
        </w:rPr>
      </w:pPr>
      <w:r w:rsidRPr="000420F7">
        <w:rPr>
          <w:rFonts w:ascii="Times New Roman" w:eastAsia="Times New Roman" w:hAnsi="Times New Roman" w:cs="Times New Roman"/>
          <w:sz w:val="28"/>
          <w:lang w:val="vi-VN"/>
        </w:rPr>
        <w:t xml:space="preserve">− Tăng cường hỗ trợ chuyên môn, giám sát chặt chẽ chất lượng xử lý hóa chất triệt để tại </w:t>
      </w:r>
      <w:r w:rsidR="000420F7">
        <w:rPr>
          <w:rFonts w:ascii="Times New Roman" w:eastAsia="Times New Roman" w:hAnsi="Times New Roman" w:cs="Times New Roman"/>
          <w:sz w:val="28"/>
          <w:lang w:val="vi-VN"/>
        </w:rPr>
        <w:t>các</w:t>
      </w:r>
      <w:r w:rsidRPr="000420F7">
        <w:rPr>
          <w:rFonts w:ascii="Times New Roman" w:eastAsia="Times New Roman" w:hAnsi="Times New Roman" w:cs="Times New Roman"/>
          <w:sz w:val="28"/>
          <w:lang w:val="vi-VN"/>
        </w:rPr>
        <w:t xml:space="preserve"> ổ dịch mới phát sinh trong tuần 37 </w:t>
      </w:r>
    </w:p>
    <w:p w14:paraId="789D098D" w14:textId="33782118" w:rsidR="00840656" w:rsidRPr="000420F7" w:rsidRDefault="00000000">
      <w:pPr>
        <w:adjustRightInd w:val="0"/>
        <w:snapToGrid w:val="0"/>
        <w:spacing w:after="120" w:line="288" w:lineRule="auto"/>
        <w:ind w:firstLine="567"/>
        <w:jc w:val="both"/>
        <w:rPr>
          <w:lang w:val="vi-VN"/>
        </w:rPr>
      </w:pPr>
      <w:r w:rsidRPr="000420F7">
        <w:rPr>
          <w:rFonts w:ascii="Times New Roman" w:eastAsia="Times New Roman" w:hAnsi="Times New Roman" w:cs="Times New Roman"/>
          <w:sz w:val="28"/>
          <w:lang w:val="vi-VN"/>
        </w:rPr>
        <w:lastRenderedPageBreak/>
        <w:t xml:space="preserve">− Hỗ trợ rà soát, chuẩn hóa và đồng bộ số liệu ca mắc, ổ dịch, biểu đồ theo tuần và báo cáo theo </w:t>
      </w:r>
      <w:r w:rsidR="000420F7">
        <w:rPr>
          <w:rFonts w:ascii="Times New Roman" w:eastAsia="Times New Roman" w:hAnsi="Times New Roman" w:cs="Times New Roman"/>
          <w:sz w:val="28"/>
          <w:lang w:val="vi-VN"/>
        </w:rPr>
        <w:t xml:space="preserve">ấp </w:t>
      </w:r>
      <w:r w:rsidRPr="000420F7">
        <w:rPr>
          <w:rFonts w:ascii="Times New Roman" w:eastAsia="Times New Roman" w:hAnsi="Times New Roman" w:cs="Times New Roman"/>
          <w:sz w:val="28"/>
          <w:lang w:val="vi-VN"/>
        </w:rPr>
        <w:t>; làm rõ các trường hợp điều chỉnh số liệu trước khi tổng hợp báo cáo.</w:t>
      </w:r>
    </w:p>
    <w:p w14:paraId="3B84599D" w14:textId="77777777" w:rsidR="00840656" w:rsidRDefault="00000000">
      <w:pPr>
        <w:adjustRightInd w:val="0"/>
        <w:snapToGrid w:val="0"/>
        <w:spacing w:after="120" w:line="288" w:lineRule="auto"/>
        <w:ind w:firstLine="567"/>
        <w:jc w:val="both"/>
      </w:pPr>
      <w:r>
        <w:rPr>
          <w:rFonts w:ascii="Times New Roman" w:eastAsia="Times New Roman" w:hAnsi="Times New Roman" w:cs="Times New Roman"/>
          <w:sz w:val="28"/>
        </w:rPr>
        <w:t>− Thường xuyên cử cán bộ kiểm tra ngẫu nhiên các chỉ số côn trùng (BI, DI) tại các khu vực đang có dấu hiệu chững lại trong công tác vãng gia.</w:t>
      </w:r>
    </w:p>
    <w:p w14:paraId="5F6EAB62" w14:textId="7BD037BC" w:rsidR="00840656" w:rsidRPr="000420F7" w:rsidRDefault="00000000">
      <w:pPr>
        <w:adjustRightInd w:val="0"/>
        <w:snapToGrid w:val="0"/>
        <w:spacing w:after="120" w:line="288" w:lineRule="auto"/>
        <w:ind w:firstLine="567"/>
        <w:jc w:val="both"/>
        <w:rPr>
          <w:lang w:val="vi-VN"/>
        </w:rPr>
      </w:pPr>
      <w:r>
        <w:rPr>
          <w:rFonts w:ascii="Times New Roman" w:eastAsia="Times New Roman" w:hAnsi="Times New Roman" w:cs="Times New Roman"/>
          <w:b/>
          <w:sz w:val="28"/>
        </w:rPr>
        <w:t xml:space="preserve">2. UBND xã </w:t>
      </w:r>
      <w:r w:rsidR="000420F7">
        <w:rPr>
          <w:rFonts w:ascii="Times New Roman" w:eastAsia="Times New Roman" w:hAnsi="Times New Roman" w:cs="Times New Roman"/>
          <w:b/>
          <w:sz w:val="28"/>
        </w:rPr>
        <w:t>Thuận</w:t>
      </w:r>
      <w:r w:rsidR="000420F7">
        <w:rPr>
          <w:rFonts w:ascii="Times New Roman" w:eastAsia="Times New Roman" w:hAnsi="Times New Roman" w:cs="Times New Roman"/>
          <w:b/>
          <w:sz w:val="28"/>
          <w:lang w:val="vi-VN"/>
        </w:rPr>
        <w:t xml:space="preserve"> Lợi </w:t>
      </w:r>
    </w:p>
    <w:p w14:paraId="33B1B627" w14:textId="1AEFB6C6" w:rsidR="00840656" w:rsidRPr="000420F7" w:rsidRDefault="00000000">
      <w:pPr>
        <w:adjustRightInd w:val="0"/>
        <w:snapToGrid w:val="0"/>
        <w:spacing w:after="120" w:line="288" w:lineRule="auto"/>
        <w:ind w:firstLine="567"/>
        <w:jc w:val="both"/>
        <w:rPr>
          <w:lang w:val="vi-VN"/>
        </w:rPr>
      </w:pPr>
      <w:r w:rsidRPr="000420F7">
        <w:rPr>
          <w:rFonts w:ascii="Times New Roman" w:eastAsia="Times New Roman" w:hAnsi="Times New Roman" w:cs="Times New Roman"/>
          <w:sz w:val="28"/>
          <w:lang w:val="vi-VN"/>
        </w:rPr>
        <w:t xml:space="preserve">− Chỉ đạo kiên quyết, </w:t>
      </w:r>
      <w:r w:rsidR="000420F7">
        <w:rPr>
          <w:rFonts w:ascii="Times New Roman" w:eastAsia="Times New Roman" w:hAnsi="Times New Roman" w:cs="Times New Roman"/>
          <w:sz w:val="28"/>
          <w:lang w:val="vi-VN"/>
        </w:rPr>
        <w:t xml:space="preserve">các ban ngành, thôn ấp đồng loạt ra quân chiến dịch loăng quăng tại các ấp có số ca mắc cao </w:t>
      </w:r>
    </w:p>
    <w:p w14:paraId="43A5D10E" w14:textId="49473185" w:rsidR="00840656" w:rsidRPr="000420F7" w:rsidRDefault="00000000">
      <w:pPr>
        <w:adjustRightInd w:val="0"/>
        <w:snapToGrid w:val="0"/>
        <w:spacing w:after="120" w:line="288" w:lineRule="auto"/>
        <w:ind w:firstLine="567"/>
        <w:jc w:val="both"/>
        <w:rPr>
          <w:lang w:val="vi-VN"/>
        </w:rPr>
      </w:pPr>
      <w:r w:rsidRPr="000420F7">
        <w:rPr>
          <w:rFonts w:ascii="Times New Roman" w:eastAsia="Times New Roman" w:hAnsi="Times New Roman" w:cs="Times New Roman"/>
          <w:sz w:val="28"/>
          <w:lang w:val="vi-VN"/>
        </w:rPr>
        <w:t xml:space="preserve">− Giao chỉ tiêu cụ thể về số hộ phải tiếp cận, kiểm tra sát sao kết quả hằng tuần và có biện pháp nhắc nhở nghiêm khắc đối với các Trưởng </w:t>
      </w:r>
      <w:r w:rsidR="000420F7">
        <w:rPr>
          <w:rFonts w:ascii="Times New Roman" w:eastAsia="Times New Roman" w:hAnsi="Times New Roman" w:cs="Times New Roman"/>
          <w:sz w:val="28"/>
          <w:lang w:val="vi-VN"/>
        </w:rPr>
        <w:t>ấp</w:t>
      </w:r>
      <w:r w:rsidRPr="000420F7">
        <w:rPr>
          <w:rFonts w:ascii="Times New Roman" w:eastAsia="Times New Roman" w:hAnsi="Times New Roman" w:cs="Times New Roman"/>
          <w:sz w:val="28"/>
          <w:lang w:val="vi-VN"/>
        </w:rPr>
        <w:t xml:space="preserve"> để xảy ra tình trạng lơ là phòng dịch.</w:t>
      </w:r>
    </w:p>
    <w:p w14:paraId="4B51EC96" w14:textId="77777777" w:rsidR="00840656" w:rsidRDefault="00000000">
      <w:pPr>
        <w:adjustRightInd w:val="0"/>
        <w:snapToGrid w:val="0"/>
        <w:spacing w:after="120" w:line="288" w:lineRule="auto"/>
        <w:ind w:firstLine="567"/>
        <w:jc w:val="both"/>
      </w:pPr>
      <w:r>
        <w:rPr>
          <w:rFonts w:ascii="Times New Roman" w:eastAsia="Times New Roman" w:hAnsi="Times New Roman" w:cs="Times New Roman"/>
          <w:sz w:val="28"/>
        </w:rPr>
        <w:t>− Chỉ đạo các ban, ngành, đoàn thể tăng cường truyền thông lưu động và huy động tối đa nhân dân tham gia loại bỏ nơi sinh sản của muỗi tại hộ gia đình và khu vực công cộng.</w:t>
      </w:r>
    </w:p>
    <w:p w14:paraId="20EE22EA" w14:textId="77777777" w:rsidR="00840656" w:rsidRDefault="00000000">
      <w:pPr>
        <w:adjustRightInd w:val="0"/>
        <w:snapToGrid w:val="0"/>
        <w:spacing w:after="120" w:line="288" w:lineRule="auto"/>
        <w:ind w:firstLine="567"/>
        <w:jc w:val="both"/>
      </w:pPr>
      <w:r>
        <w:rPr>
          <w:rFonts w:ascii="Times New Roman" w:eastAsia="Times New Roman" w:hAnsi="Times New Roman" w:cs="Times New Roman"/>
          <w:b/>
          <w:sz w:val="28"/>
        </w:rPr>
        <w:t>3. Trung tâm Dịch vụ tổng hợp</w:t>
      </w:r>
    </w:p>
    <w:p w14:paraId="6ABE3E7A" w14:textId="4B17E349" w:rsidR="00840656" w:rsidRPr="000420F7" w:rsidRDefault="00000000">
      <w:pPr>
        <w:adjustRightInd w:val="0"/>
        <w:snapToGrid w:val="0"/>
        <w:spacing w:after="120" w:line="288" w:lineRule="auto"/>
        <w:ind w:firstLine="567"/>
        <w:jc w:val="both"/>
        <w:rPr>
          <w:lang w:val="vi-VN"/>
        </w:rPr>
      </w:pPr>
      <w:r>
        <w:rPr>
          <w:rFonts w:ascii="Times New Roman" w:eastAsia="Times New Roman" w:hAnsi="Times New Roman" w:cs="Times New Roman"/>
          <w:sz w:val="28"/>
        </w:rPr>
        <w:t xml:space="preserve">− Tăng cường truyền thông liên tục trên hệ thống loa phát </w:t>
      </w:r>
      <w:r w:rsidR="000420F7">
        <w:rPr>
          <w:rFonts w:ascii="Times New Roman" w:eastAsia="Times New Roman" w:hAnsi="Times New Roman" w:cs="Times New Roman"/>
          <w:sz w:val="28"/>
        </w:rPr>
        <w:t>thanh</w:t>
      </w:r>
      <w:r w:rsidR="000420F7">
        <w:rPr>
          <w:rFonts w:ascii="Times New Roman" w:eastAsia="Times New Roman" w:hAnsi="Times New Roman" w:cs="Times New Roman"/>
          <w:sz w:val="28"/>
          <w:lang w:val="vi-VN"/>
        </w:rPr>
        <w:t xml:space="preserve"> các biện pháp phòng chống sốt xuất huyết </w:t>
      </w:r>
    </w:p>
    <w:p w14:paraId="1F6FB580" w14:textId="2A1386B7" w:rsidR="00840656" w:rsidRPr="000420F7" w:rsidRDefault="00000000">
      <w:pPr>
        <w:adjustRightInd w:val="0"/>
        <w:snapToGrid w:val="0"/>
        <w:spacing w:after="120" w:line="288" w:lineRule="auto"/>
        <w:ind w:firstLine="567"/>
        <w:jc w:val="both"/>
        <w:rPr>
          <w:lang w:val="vi-VN"/>
        </w:rPr>
      </w:pPr>
      <w:r w:rsidRPr="000420F7">
        <w:rPr>
          <w:rFonts w:ascii="Times New Roman" w:eastAsia="Times New Roman" w:hAnsi="Times New Roman" w:cs="Times New Roman"/>
          <w:sz w:val="28"/>
          <w:lang w:val="vi-VN"/>
        </w:rPr>
        <w:t xml:space="preserve">− Phối hợp tổ chức vệ sinh môi trường, thu gom phế thải và xử lý các điểm đọng nước; ưu tiên làm sạch bán kính 200m xung quanh </w:t>
      </w:r>
      <w:r w:rsidR="000420F7">
        <w:rPr>
          <w:rFonts w:ascii="Times New Roman" w:eastAsia="Times New Roman" w:hAnsi="Times New Roman" w:cs="Times New Roman"/>
          <w:sz w:val="28"/>
          <w:lang w:val="vi-VN"/>
        </w:rPr>
        <w:t>6</w:t>
      </w:r>
      <w:r w:rsidRPr="000420F7">
        <w:rPr>
          <w:rFonts w:ascii="Times New Roman" w:eastAsia="Times New Roman" w:hAnsi="Times New Roman" w:cs="Times New Roman"/>
          <w:sz w:val="28"/>
          <w:lang w:val="vi-VN"/>
        </w:rPr>
        <w:t xml:space="preserve"> ổ dịch mới phát sinh trong tuần 37, các trường học và chợ.</w:t>
      </w:r>
    </w:p>
    <w:p w14:paraId="1B92A78D" w14:textId="77777777" w:rsidR="00840656" w:rsidRDefault="00000000">
      <w:pPr>
        <w:adjustRightInd w:val="0"/>
        <w:snapToGrid w:val="0"/>
        <w:spacing w:after="120" w:line="288" w:lineRule="auto"/>
        <w:ind w:firstLine="567"/>
        <w:jc w:val="both"/>
      </w:pPr>
      <w:r>
        <w:rPr>
          <w:rFonts w:ascii="Times New Roman" w:eastAsia="Times New Roman" w:hAnsi="Times New Roman" w:cs="Times New Roman"/>
          <w:sz w:val="28"/>
        </w:rPr>
        <w:t>− Duy trì truyền thông vận động mỗi hộ gia đình cam kết dành 10 phút hằng tuần kiểm tra, súc rửa, lật úp các dụng cụ chứa nước có nguy cơ phát sinh lăng quăng.</w:t>
      </w:r>
    </w:p>
    <w:p w14:paraId="64327A9A" w14:textId="77777777" w:rsidR="00840656" w:rsidRDefault="00000000">
      <w:pPr>
        <w:adjustRightInd w:val="0"/>
        <w:snapToGrid w:val="0"/>
        <w:spacing w:after="120" w:line="288" w:lineRule="auto"/>
        <w:ind w:firstLine="567"/>
        <w:jc w:val="both"/>
      </w:pPr>
      <w:r>
        <w:rPr>
          <w:rFonts w:ascii="Times New Roman" w:eastAsia="Times New Roman" w:hAnsi="Times New Roman" w:cs="Times New Roman"/>
          <w:b/>
          <w:sz w:val="28"/>
        </w:rPr>
        <w:t>4. Ban điều hành các thôn</w:t>
      </w:r>
    </w:p>
    <w:p w14:paraId="7F96507D" w14:textId="5B111CA1" w:rsidR="00840656" w:rsidRDefault="00000000">
      <w:pPr>
        <w:adjustRightInd w:val="0"/>
        <w:snapToGrid w:val="0"/>
        <w:spacing w:after="120" w:line="288" w:lineRule="auto"/>
        <w:ind w:firstLine="567"/>
        <w:jc w:val="both"/>
      </w:pPr>
      <w:r>
        <w:rPr>
          <w:rFonts w:ascii="Times New Roman" w:eastAsia="Times New Roman" w:hAnsi="Times New Roman" w:cs="Times New Roman"/>
          <w:sz w:val="28"/>
        </w:rPr>
        <w:t>− Lập danh sách phân công rà soát từng ngõ, gõ từng nhà, bảo đảm không bỏ sót các khu vực rủi ro.</w:t>
      </w:r>
    </w:p>
    <w:p w14:paraId="449AD6DA" w14:textId="7D213AEF" w:rsidR="00840656" w:rsidRPr="000420F7" w:rsidRDefault="00000000">
      <w:pPr>
        <w:adjustRightInd w:val="0"/>
        <w:snapToGrid w:val="0"/>
        <w:spacing w:after="120" w:line="288" w:lineRule="auto"/>
        <w:ind w:firstLine="567"/>
        <w:jc w:val="both"/>
        <w:rPr>
          <w:lang w:val="vi-VN"/>
        </w:rPr>
      </w:pPr>
      <w:r>
        <w:rPr>
          <w:rFonts w:ascii="Times New Roman" w:eastAsia="Times New Roman" w:hAnsi="Times New Roman" w:cs="Times New Roman"/>
          <w:sz w:val="28"/>
        </w:rPr>
        <w:t xml:space="preserve">− Duy trì thường xuyên hoạt động vệ sinh môi trường; ưu tiên khu vực vừa ghi nhận ca mắc, ổ dịch mới trong tuần </w:t>
      </w:r>
      <w:r w:rsidR="000420F7">
        <w:rPr>
          <w:rFonts w:ascii="Times New Roman" w:eastAsia="Times New Roman" w:hAnsi="Times New Roman" w:cs="Times New Roman"/>
          <w:sz w:val="28"/>
          <w:lang w:val="vi-VN"/>
        </w:rPr>
        <w:t>.</w:t>
      </w:r>
    </w:p>
    <w:p w14:paraId="03314463" w14:textId="77777777" w:rsidR="00840656" w:rsidRPr="000420F7" w:rsidRDefault="00000000">
      <w:pPr>
        <w:adjustRightInd w:val="0"/>
        <w:snapToGrid w:val="0"/>
        <w:spacing w:after="120" w:line="288" w:lineRule="auto"/>
        <w:ind w:firstLine="567"/>
        <w:jc w:val="both"/>
        <w:rPr>
          <w:lang w:val="vi-VN"/>
        </w:rPr>
      </w:pPr>
      <w:r w:rsidRPr="000420F7">
        <w:rPr>
          <w:rFonts w:ascii="Times New Roman" w:eastAsia="Times New Roman" w:hAnsi="Times New Roman" w:cs="Times New Roman"/>
          <w:sz w:val="28"/>
          <w:lang w:val="vi-VN"/>
        </w:rPr>
        <w:t>− Phối hợp chặt chẽ với Trạm Y tế trong xác minh ca bệnh, điều tra dịch tễ; vận động hộ gia đình mở cửa, tạo điều kiện thuận lợi cho lực lượng y tế tiến hành phun hóa chất dập dịch.</w:t>
      </w:r>
    </w:p>
    <w:p w14:paraId="14193F9E" w14:textId="77777777" w:rsidR="00840656" w:rsidRDefault="00000000">
      <w:pPr>
        <w:adjustRightInd w:val="0"/>
        <w:snapToGrid w:val="0"/>
        <w:spacing w:after="120" w:line="288" w:lineRule="auto"/>
        <w:ind w:firstLine="567"/>
        <w:jc w:val="both"/>
      </w:pPr>
      <w:r>
        <w:rPr>
          <w:rFonts w:ascii="Times New Roman" w:eastAsia="Times New Roman" w:hAnsi="Times New Roman" w:cs="Times New Roman"/>
          <w:sz w:val="28"/>
        </w:rPr>
        <w:lastRenderedPageBreak/>
        <w:t>− Thực hiện báo cáo số liệu vãng gia đầy đủ, chính xác, đúng thời hạn; rà soát nguyên nhân các hộ chưa được tiếp cận để có biện pháp khắc phục ngay trong tuần kế tiếp.</w:t>
      </w:r>
    </w:p>
    <w:p w14:paraId="27AA45FA" w14:textId="1340FAB1" w:rsidR="00840656" w:rsidRDefault="00000000">
      <w:pPr>
        <w:adjustRightInd w:val="0"/>
        <w:snapToGrid w:val="0"/>
        <w:spacing w:after="120" w:line="288" w:lineRule="auto"/>
        <w:ind w:firstLine="567"/>
        <w:jc w:val="both"/>
      </w:pPr>
      <w:r>
        <w:rPr>
          <w:rFonts w:ascii="Times New Roman" w:eastAsia="Times New Roman" w:hAnsi="Times New Roman" w:cs="Times New Roman"/>
          <w:sz w:val="28"/>
        </w:rPr>
        <w:t xml:space="preserve">Trên đây là Báo cáo tình hình dịch bệnh sốt xuất huyết và kết quả thực hiện Chiến dịch tổng vệ sinh môi trường, diệt lăng quăng phòng, chống sốt xuất huyết trên địa bàn xã </w:t>
      </w:r>
      <w:r w:rsidR="000420F7">
        <w:rPr>
          <w:rFonts w:ascii="Times New Roman" w:eastAsia="Times New Roman" w:hAnsi="Times New Roman" w:cs="Times New Roman"/>
          <w:sz w:val="28"/>
        </w:rPr>
        <w:t>Thuận</w:t>
      </w:r>
      <w:r w:rsidR="000420F7">
        <w:rPr>
          <w:rFonts w:ascii="Times New Roman" w:eastAsia="Times New Roman" w:hAnsi="Times New Roman" w:cs="Times New Roman"/>
          <w:sz w:val="28"/>
          <w:lang w:val="vi-VN"/>
        </w:rPr>
        <w:t xml:space="preserve"> Lợi </w:t>
      </w:r>
      <w:r>
        <w:rPr>
          <w:rFonts w:ascii="Times New Roman" w:eastAsia="Times New Roman" w:hAnsi="Times New Roman" w:cs="Times New Roman"/>
          <w:sz w:val="28"/>
        </w:rPr>
        <w:t xml:space="preserve">tuần 37 của Trạm Y tế </w:t>
      </w:r>
      <w:r w:rsidR="000420F7">
        <w:rPr>
          <w:rFonts w:ascii="Times New Roman" w:eastAsia="Times New Roman" w:hAnsi="Times New Roman" w:cs="Times New Roman"/>
          <w:sz w:val="28"/>
        </w:rPr>
        <w:t>Thuận</w:t>
      </w:r>
      <w:r w:rsidR="000420F7">
        <w:rPr>
          <w:rFonts w:ascii="Times New Roman" w:eastAsia="Times New Roman" w:hAnsi="Times New Roman" w:cs="Times New Roman"/>
          <w:sz w:val="28"/>
          <w:lang w:val="vi-VN"/>
        </w:rPr>
        <w:t xml:space="preserve"> Lợi </w:t>
      </w:r>
      <w:r>
        <w:rPr>
          <w:rFonts w:ascii="Times New Roman" w:eastAsia="Times New Roman" w:hAnsi="Times New Roman" w:cs="Times New Roman"/>
          <w:sz w:val="28"/>
        </w:rPr>
        <w:t>./.</w:t>
      </w:r>
    </w:p>
    <w:p w14:paraId="4A4B4D6E" w14:textId="77777777" w:rsidR="00840656" w:rsidRDefault="00840656">
      <w:pPr>
        <w:spacing w:after="0" w:line="240" w:lineRule="auto"/>
      </w:pPr>
    </w:p>
    <w:tbl>
      <w:tblPr>
        <w:tblW w:w="9072" w:type="dxa"/>
        <w:tblLook w:val="04A0" w:firstRow="1" w:lastRow="0" w:firstColumn="1" w:lastColumn="0" w:noHBand="0" w:noVBand="1"/>
      </w:tblPr>
      <w:tblGrid>
        <w:gridCol w:w="3266"/>
        <w:gridCol w:w="5806"/>
      </w:tblGrid>
      <w:tr w:rsidR="00840656" w14:paraId="1A3088E3" w14:textId="77777777">
        <w:tc>
          <w:tcPr>
            <w:tcW w:w="3266" w:type="dxa"/>
          </w:tcPr>
          <w:p w14:paraId="45E644FC" w14:textId="77777777" w:rsidR="00840656" w:rsidRDefault="00000000">
            <w:pPr>
              <w:spacing w:after="0" w:line="240" w:lineRule="auto"/>
            </w:pPr>
            <w:r>
              <w:rPr>
                <w:rFonts w:ascii="Times New Roman" w:eastAsia="Times New Roman" w:hAnsi="Times New Roman" w:cs="Times New Roman"/>
                <w:b/>
                <w:i/>
                <w:sz w:val="24"/>
              </w:rPr>
              <w:t>Nơi nhận:</w:t>
            </w:r>
          </w:p>
          <w:p w14:paraId="2DF15116" w14:textId="77777777" w:rsidR="00840656" w:rsidRDefault="00000000">
            <w:pPr>
              <w:spacing w:after="0" w:line="240" w:lineRule="auto"/>
            </w:pPr>
            <w:r>
              <w:rPr>
                <w:rFonts w:ascii="Times New Roman" w:eastAsia="Times New Roman" w:hAnsi="Times New Roman" w:cs="Times New Roman"/>
              </w:rPr>
              <w:t>- Như Kính gửi;</w:t>
            </w:r>
          </w:p>
          <w:p w14:paraId="77EEFE92" w14:textId="7B1FBC99" w:rsidR="00840656" w:rsidRPr="007D30DB" w:rsidRDefault="00000000">
            <w:pPr>
              <w:spacing w:after="0" w:line="240" w:lineRule="auto"/>
              <w:rPr>
                <w:rFonts w:ascii="Times New Roman" w:eastAsia="Times New Roman" w:hAnsi="Times New Roman" w:cs="Times New Roman"/>
                <w:lang w:val="vi-VN"/>
              </w:rPr>
            </w:pPr>
            <w:r>
              <w:rPr>
                <w:rFonts w:ascii="Times New Roman" w:eastAsia="Times New Roman" w:hAnsi="Times New Roman" w:cs="Times New Roman"/>
              </w:rPr>
              <w:t>- Lưu: VT, TYT.</w:t>
            </w:r>
            <w:r w:rsidR="007D30DB">
              <w:rPr>
                <w:rFonts w:ascii="Times New Roman" w:eastAsia="Times New Roman" w:hAnsi="Times New Roman" w:cs="Times New Roman"/>
                <w:lang w:val="vi-VN"/>
              </w:rPr>
              <w:t>(Loan )</w:t>
            </w:r>
          </w:p>
          <w:p w14:paraId="1DC09528" w14:textId="77777777" w:rsidR="007D30DB" w:rsidRPr="007D30DB" w:rsidRDefault="007D30DB">
            <w:pPr>
              <w:spacing w:after="0" w:line="240" w:lineRule="auto"/>
              <w:rPr>
                <w:lang w:val="vi-VN"/>
              </w:rPr>
            </w:pPr>
          </w:p>
        </w:tc>
        <w:tc>
          <w:tcPr>
            <w:tcW w:w="5806" w:type="dxa"/>
          </w:tcPr>
          <w:p w14:paraId="0026E30C" w14:textId="77777777" w:rsidR="00840656" w:rsidRDefault="00000000">
            <w:pPr>
              <w:spacing w:after="0" w:line="240" w:lineRule="auto"/>
              <w:jc w:val="center"/>
            </w:pPr>
            <w:r>
              <w:rPr>
                <w:rFonts w:ascii="Times New Roman" w:eastAsia="Times New Roman" w:hAnsi="Times New Roman" w:cs="Times New Roman"/>
                <w:b/>
                <w:sz w:val="26"/>
              </w:rPr>
              <w:t>PHỤ TRÁCH TRẠM Y TẾ</w:t>
            </w:r>
          </w:p>
          <w:p w14:paraId="6EE0E9B8" w14:textId="77777777" w:rsidR="00840656" w:rsidRDefault="00840656">
            <w:pPr>
              <w:spacing w:after="0" w:line="240" w:lineRule="auto"/>
            </w:pPr>
          </w:p>
          <w:p w14:paraId="4573380C" w14:textId="77777777" w:rsidR="00840656" w:rsidRDefault="00840656">
            <w:pPr>
              <w:spacing w:after="0" w:line="240" w:lineRule="auto"/>
            </w:pPr>
          </w:p>
          <w:p w14:paraId="703A047D" w14:textId="77777777" w:rsidR="00840656" w:rsidRDefault="00840656">
            <w:pPr>
              <w:spacing w:after="0" w:line="240" w:lineRule="auto"/>
              <w:rPr>
                <w:lang w:val="vi-VN"/>
              </w:rPr>
            </w:pPr>
          </w:p>
          <w:p w14:paraId="6173BCA3" w14:textId="77777777" w:rsidR="000420F7" w:rsidRDefault="000420F7">
            <w:pPr>
              <w:spacing w:after="0" w:line="240" w:lineRule="auto"/>
              <w:rPr>
                <w:lang w:val="vi-VN"/>
              </w:rPr>
            </w:pPr>
          </w:p>
          <w:p w14:paraId="3E37FEEF" w14:textId="77777777" w:rsidR="000420F7" w:rsidRDefault="000420F7">
            <w:pPr>
              <w:spacing w:after="0" w:line="240" w:lineRule="auto"/>
              <w:rPr>
                <w:lang w:val="vi-VN"/>
              </w:rPr>
            </w:pPr>
          </w:p>
          <w:p w14:paraId="663C2A8F" w14:textId="77777777" w:rsidR="000420F7" w:rsidRPr="000420F7" w:rsidRDefault="000420F7">
            <w:pPr>
              <w:spacing w:after="0" w:line="240" w:lineRule="auto"/>
              <w:rPr>
                <w:lang w:val="vi-VN"/>
              </w:rPr>
            </w:pPr>
          </w:p>
          <w:p w14:paraId="7CCB3155" w14:textId="622E2844" w:rsidR="00840656" w:rsidRPr="000420F7" w:rsidRDefault="00000000">
            <w:pPr>
              <w:spacing w:after="0" w:line="288" w:lineRule="auto"/>
              <w:jc w:val="center"/>
              <w:rPr>
                <w:lang w:val="vi-VN"/>
              </w:rPr>
            </w:pPr>
            <w:r>
              <w:rPr>
                <w:rFonts w:ascii="Times New Roman" w:eastAsia="Times New Roman" w:hAnsi="Times New Roman" w:cs="Times New Roman"/>
                <w:b/>
                <w:sz w:val="28"/>
              </w:rPr>
              <w:t xml:space="preserve">Nguyễn Văn </w:t>
            </w:r>
            <w:r w:rsidR="000420F7">
              <w:rPr>
                <w:rFonts w:ascii="Times New Roman" w:eastAsia="Times New Roman" w:hAnsi="Times New Roman" w:cs="Times New Roman"/>
                <w:b/>
                <w:sz w:val="28"/>
              </w:rPr>
              <w:t>Việt</w:t>
            </w:r>
            <w:r w:rsidR="000420F7">
              <w:rPr>
                <w:rFonts w:ascii="Times New Roman" w:eastAsia="Times New Roman" w:hAnsi="Times New Roman" w:cs="Times New Roman"/>
                <w:b/>
                <w:sz w:val="28"/>
                <w:lang w:val="vi-VN"/>
              </w:rPr>
              <w:t xml:space="preserve"> </w:t>
            </w:r>
          </w:p>
        </w:tc>
      </w:tr>
    </w:tbl>
    <w:p w14:paraId="53001B72" w14:textId="77777777" w:rsidR="00FB3CF7" w:rsidRDefault="00FB3CF7"/>
    <w:sectPr w:rsidR="00FB3CF7" w:rsidSect="00034616">
      <w:footerReference w:type="default" r:id="rId9"/>
      <w:pgSz w:w="11906" w:h="16838"/>
      <w:pgMar w:top="1417" w:right="1134"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4F55E" w14:textId="77777777" w:rsidR="004936FF" w:rsidRDefault="004936FF">
      <w:pPr>
        <w:spacing w:after="0" w:line="240" w:lineRule="auto"/>
      </w:pPr>
      <w:r>
        <w:separator/>
      </w:r>
    </w:p>
  </w:endnote>
  <w:endnote w:type="continuationSeparator" w:id="0">
    <w:p w14:paraId="0F42372B" w14:textId="77777777" w:rsidR="004936FF" w:rsidRDefault="00493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2FA0E" w14:textId="77777777" w:rsidR="00840656" w:rsidRDefault="00000000">
    <w:pPr>
      <w:pStyle w:val="Footer"/>
      <w:jc w:val="center"/>
    </w:pPr>
    <w:r>
      <w:fldChar w:fldCharType="begin"/>
    </w:r>
    <w:r>
      <w:instrText>PAGE</w:instrText>
    </w:r>
    <w:r>
      <w:fldChar w:fldCharType="separate"/>
    </w:r>
    <w:r w:rsidR="00D25A5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3C3DC" w14:textId="77777777" w:rsidR="004936FF" w:rsidRDefault="004936FF">
      <w:pPr>
        <w:spacing w:after="0" w:line="240" w:lineRule="auto"/>
      </w:pPr>
      <w:r>
        <w:separator/>
      </w:r>
    </w:p>
  </w:footnote>
  <w:footnote w:type="continuationSeparator" w:id="0">
    <w:p w14:paraId="71B717A0" w14:textId="77777777" w:rsidR="004936FF" w:rsidRDefault="004936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5F7F6B"/>
    <w:multiLevelType w:val="hybridMultilevel"/>
    <w:tmpl w:val="0BA64844"/>
    <w:lvl w:ilvl="0" w:tplc="6ACC9358">
      <w:start w:val="2"/>
      <w:numFmt w:val="bullet"/>
      <w:lvlText w:val="-"/>
      <w:lvlJc w:val="left"/>
      <w:pPr>
        <w:ind w:left="927" w:hanging="360"/>
      </w:pPr>
      <w:rPr>
        <w:rFonts w:ascii="Times New Roman" w:eastAsia="Times New Roman" w:hAnsi="Times New Roman" w:cs="Times New Roman" w:hint="default"/>
        <w:sz w:val="28"/>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374041653">
    <w:abstractNumId w:val="8"/>
  </w:num>
  <w:num w:numId="2" w16cid:durableId="1932662834">
    <w:abstractNumId w:val="6"/>
  </w:num>
  <w:num w:numId="3" w16cid:durableId="574781021">
    <w:abstractNumId w:val="5"/>
  </w:num>
  <w:num w:numId="4" w16cid:durableId="267010907">
    <w:abstractNumId w:val="4"/>
  </w:num>
  <w:num w:numId="5" w16cid:durableId="2117481989">
    <w:abstractNumId w:val="7"/>
  </w:num>
  <w:num w:numId="6" w16cid:durableId="781923944">
    <w:abstractNumId w:val="3"/>
  </w:num>
  <w:num w:numId="7" w16cid:durableId="701898559">
    <w:abstractNumId w:val="2"/>
  </w:num>
  <w:num w:numId="8" w16cid:durableId="1161117883">
    <w:abstractNumId w:val="1"/>
  </w:num>
  <w:num w:numId="9" w16cid:durableId="18821724">
    <w:abstractNumId w:val="0"/>
  </w:num>
  <w:num w:numId="10" w16cid:durableId="10749327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20F7"/>
    <w:rsid w:val="0004765B"/>
    <w:rsid w:val="0006063C"/>
    <w:rsid w:val="00077EBF"/>
    <w:rsid w:val="000A3CE6"/>
    <w:rsid w:val="000C65D2"/>
    <w:rsid w:val="0015074B"/>
    <w:rsid w:val="00202375"/>
    <w:rsid w:val="0029639D"/>
    <w:rsid w:val="00326F90"/>
    <w:rsid w:val="004608C4"/>
    <w:rsid w:val="00470E4B"/>
    <w:rsid w:val="004936FF"/>
    <w:rsid w:val="005604A5"/>
    <w:rsid w:val="006439EC"/>
    <w:rsid w:val="00652F6B"/>
    <w:rsid w:val="006777F4"/>
    <w:rsid w:val="006E0B97"/>
    <w:rsid w:val="00704B01"/>
    <w:rsid w:val="00794635"/>
    <w:rsid w:val="007D30DB"/>
    <w:rsid w:val="00840656"/>
    <w:rsid w:val="008D1112"/>
    <w:rsid w:val="0092086D"/>
    <w:rsid w:val="009F0DF1"/>
    <w:rsid w:val="00A717C9"/>
    <w:rsid w:val="00A7742C"/>
    <w:rsid w:val="00A87C18"/>
    <w:rsid w:val="00AA1D8D"/>
    <w:rsid w:val="00AA2CE5"/>
    <w:rsid w:val="00AD4627"/>
    <w:rsid w:val="00AF7571"/>
    <w:rsid w:val="00B47730"/>
    <w:rsid w:val="00B953D4"/>
    <w:rsid w:val="00BD5123"/>
    <w:rsid w:val="00BF5112"/>
    <w:rsid w:val="00C06684"/>
    <w:rsid w:val="00C46DBD"/>
    <w:rsid w:val="00CB0664"/>
    <w:rsid w:val="00D25A54"/>
    <w:rsid w:val="00D429D6"/>
    <w:rsid w:val="00D430DC"/>
    <w:rsid w:val="00DB3A4E"/>
    <w:rsid w:val="00FB3C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C88DDD"/>
  <w14:defaultImageDpi w14:val="300"/>
  <w15:docId w15:val="{D1B446F3-AA3F-4CEB-9E38-D54A0EE89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Thuận</a:t>
            </a:r>
            <a:r>
              <a:rPr lang="en-US" baseline="0"/>
              <a:t> Lợi</a:t>
            </a:r>
            <a:endParaRPr lang="en-US"/>
          </a:p>
        </c:rich>
      </c:tx>
      <c:overlay val="0"/>
      <c:spPr>
        <a:noFill/>
        <a:ln w="25400">
          <a:noFill/>
        </a:ln>
      </c:spPr>
    </c:title>
    <c:autoTitleDeleted val="0"/>
    <c:plotArea>
      <c:layout>
        <c:manualLayout>
          <c:layoutTarget val="inner"/>
          <c:xMode val="edge"/>
          <c:yMode val="edge"/>
          <c:x val="4.1823688365709884E-2"/>
          <c:y val="2.7462598425196851E-2"/>
          <c:w val="0.94396784075234996"/>
          <c:h val="0.88154606299212601"/>
        </c:manualLayout>
      </c:layout>
      <c:lineChart>
        <c:grouping val="standard"/>
        <c:varyColors val="0"/>
        <c:ser>
          <c:idx val="0"/>
          <c:order val="0"/>
          <c:tx>
            <c:strRef>
              <c:f>'Thuận Lợi'!$A$9</c:f>
              <c:strCache>
                <c:ptCount val="1"/>
                <c:pt idx="0">
                  <c:v>TB+1*SD</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'Thuận Lợi'!$B$9:$BA$9</c:f>
              <c:numCache>
                <c:formatCode>0</c:formatCode>
                <c:ptCount val="52"/>
                <c:pt idx="0">
                  <c:v>0</c:v>
                </c:pt>
                <c:pt idx="1">
                  <c:v>0.64721359549995794</c:v>
                </c:pt>
                <c:pt idx="2">
                  <c:v>0</c:v>
                </c:pt>
                <c:pt idx="3">
                  <c:v>0.9477225575051661</c:v>
                </c:pt>
                <c:pt idx="4">
                  <c:v>0</c:v>
                </c:pt>
                <c:pt idx="5">
                  <c:v>0</c:v>
                </c:pt>
                <c:pt idx="6">
                  <c:v>0</c:v>
                </c:pt>
                <c:pt idx="7">
                  <c:v>0</c:v>
                </c:pt>
                <c:pt idx="8">
                  <c:v>1.4944271909999158</c:v>
                </c:pt>
                <c:pt idx="9">
                  <c:v>0</c:v>
                </c:pt>
                <c:pt idx="10">
                  <c:v>0.64721359549995794</c:v>
                </c:pt>
                <c:pt idx="11">
                  <c:v>0</c:v>
                </c:pt>
                <c:pt idx="12">
                  <c:v>0</c:v>
                </c:pt>
                <c:pt idx="13">
                  <c:v>0</c:v>
                </c:pt>
                <c:pt idx="14">
                  <c:v>0.64721359549995794</c:v>
                </c:pt>
                <c:pt idx="15">
                  <c:v>0.64721359549995794</c:v>
                </c:pt>
                <c:pt idx="16">
                  <c:v>0</c:v>
                </c:pt>
                <c:pt idx="17">
                  <c:v>0.64721359549995794</c:v>
                </c:pt>
                <c:pt idx="18">
                  <c:v>0.64721359549995794</c:v>
                </c:pt>
                <c:pt idx="19">
                  <c:v>0.9477225575051661</c:v>
                </c:pt>
                <c:pt idx="20">
                  <c:v>1.9416407864998737</c:v>
                </c:pt>
                <c:pt idx="21">
                  <c:v>2.10384048104053</c:v>
                </c:pt>
                <c:pt idx="22">
                  <c:v>0.9477225575051661</c:v>
                </c:pt>
                <c:pt idx="23">
                  <c:v>5.5466401061363024</c:v>
                </c:pt>
                <c:pt idx="24">
                  <c:v>4.649590136395382</c:v>
                </c:pt>
                <c:pt idx="25">
                  <c:v>3.8708286933869704</c:v>
                </c:pt>
                <c:pt idx="26">
                  <c:v>5.3018512172212588</c:v>
                </c:pt>
                <c:pt idx="27">
                  <c:v>4.7021728866442674</c:v>
                </c:pt>
                <c:pt idx="28">
                  <c:v>3.1165750888103103</c:v>
                </c:pt>
                <c:pt idx="29">
                  <c:v>2.5038404810405295</c:v>
                </c:pt>
                <c:pt idx="30">
                  <c:v>4.1038404810405291</c:v>
                </c:pt>
                <c:pt idx="31">
                  <c:v>4.3679483388678797</c:v>
                </c:pt>
                <c:pt idx="32">
                  <c:v>2.8954451150103324</c:v>
                </c:pt>
                <c:pt idx="33">
                  <c:v>5.1213203435596419</c:v>
                </c:pt>
                <c:pt idx="34">
                  <c:v>2</c:v>
                </c:pt>
                <c:pt idx="35">
                  <c:v>1.6366600265340756</c:v>
                </c:pt>
                <c:pt idx="36">
                  <c:v>2.5401754250991377</c:v>
                </c:pt>
                <c:pt idx="37">
                  <c:v>0.9477225575051661</c:v>
                </c:pt>
                <c:pt idx="38">
                  <c:v>2.2247448713915889</c:v>
                </c:pt>
                <c:pt idx="39">
                  <c:v>3.2247448713915889</c:v>
                </c:pt>
                <c:pt idx="40">
                  <c:v>3.4736441353327718</c:v>
                </c:pt>
                <c:pt idx="41">
                  <c:v>3.8708286933869704</c:v>
                </c:pt>
                <c:pt idx="42">
                  <c:v>2.2944271909999157</c:v>
                </c:pt>
                <c:pt idx="43">
                  <c:v>2.9165750888103101</c:v>
                </c:pt>
                <c:pt idx="44">
                  <c:v>1.2472135954999579</c:v>
                </c:pt>
                <c:pt idx="45">
                  <c:v>3.10384048104053</c:v>
                </c:pt>
                <c:pt idx="46">
                  <c:v>1.4944271909999158</c:v>
                </c:pt>
                <c:pt idx="47">
                  <c:v>1.1477225575051659</c:v>
                </c:pt>
                <c:pt idx="48">
                  <c:v>2</c:v>
                </c:pt>
                <c:pt idx="49">
                  <c:v>1.7071067811865475</c:v>
                </c:pt>
                <c:pt idx="50">
                  <c:v>0</c:v>
                </c:pt>
                <c:pt idx="51">
                  <c:v>0.9477225575051661</c:v>
                </c:pt>
              </c:numCache>
            </c:numRef>
          </c:val>
          <c:smooth val="0"/>
          <c:extLst>
            <c:ext xmlns:c16="http://schemas.microsoft.com/office/drawing/2014/chart" uri="{C3380CC4-5D6E-409C-BE32-E72D297353CC}">
              <c16:uniqueId val="{00000000-A49F-4005-9CFC-00D7E4B22652}"/>
            </c:ext>
          </c:extLst>
        </c:ser>
        <c:ser>
          <c:idx val="1"/>
          <c:order val="1"/>
          <c:tx>
            <c:strRef>
              <c:f>'Thuận Lợi'!$A$10</c:f>
              <c:strCache>
                <c:ptCount val="1"/>
                <c:pt idx="0">
                  <c:v>TB+2*SD</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'Thuận Lợi'!$B$10:$BA$10</c:f>
              <c:numCache>
                <c:formatCode>0</c:formatCode>
                <c:ptCount val="52"/>
                <c:pt idx="0">
                  <c:v>0</c:v>
                </c:pt>
                <c:pt idx="1">
                  <c:v>1.0944271909999159</c:v>
                </c:pt>
                <c:pt idx="2">
                  <c:v>0</c:v>
                </c:pt>
                <c:pt idx="3">
                  <c:v>1.4954451150103321</c:v>
                </c:pt>
                <c:pt idx="4">
                  <c:v>0</c:v>
                </c:pt>
                <c:pt idx="5">
                  <c:v>0</c:v>
                </c:pt>
                <c:pt idx="6">
                  <c:v>0</c:v>
                </c:pt>
                <c:pt idx="7">
                  <c:v>0</c:v>
                </c:pt>
                <c:pt idx="8">
                  <c:v>2.3888543819998316</c:v>
                </c:pt>
                <c:pt idx="9">
                  <c:v>0</c:v>
                </c:pt>
                <c:pt idx="10">
                  <c:v>1.0944271909999159</c:v>
                </c:pt>
                <c:pt idx="11">
                  <c:v>0</c:v>
                </c:pt>
                <c:pt idx="12">
                  <c:v>0</c:v>
                </c:pt>
                <c:pt idx="13">
                  <c:v>0</c:v>
                </c:pt>
                <c:pt idx="14">
                  <c:v>1.0944271909999159</c:v>
                </c:pt>
                <c:pt idx="15">
                  <c:v>1.0944271909999159</c:v>
                </c:pt>
                <c:pt idx="16">
                  <c:v>0</c:v>
                </c:pt>
                <c:pt idx="17">
                  <c:v>1.0944271909999159</c:v>
                </c:pt>
                <c:pt idx="18">
                  <c:v>1.0944271909999159</c:v>
                </c:pt>
                <c:pt idx="19">
                  <c:v>1.4954451150103321</c:v>
                </c:pt>
                <c:pt idx="20">
                  <c:v>3.2832815729997478</c:v>
                </c:pt>
                <c:pt idx="21">
                  <c:v>3.4076809620810593</c:v>
                </c:pt>
                <c:pt idx="22">
                  <c:v>1.4954451150103321</c:v>
                </c:pt>
                <c:pt idx="23">
                  <c:v>8.8932802122726038</c:v>
                </c:pt>
                <c:pt idx="24">
                  <c:v>7.6991802727907626</c:v>
                </c:pt>
                <c:pt idx="25">
                  <c:v>5.7416573867739409</c:v>
                </c:pt>
                <c:pt idx="26">
                  <c:v>8.0037024344425181</c:v>
                </c:pt>
                <c:pt idx="27">
                  <c:v>7.0043457732885344</c:v>
                </c:pt>
                <c:pt idx="28">
                  <c:v>4.6331501776206201</c:v>
                </c:pt>
                <c:pt idx="29">
                  <c:v>3.8076809620810597</c:v>
                </c:pt>
                <c:pt idx="30">
                  <c:v>5.4076809620810593</c:v>
                </c:pt>
                <c:pt idx="31">
                  <c:v>6.5358966777357601</c:v>
                </c:pt>
                <c:pt idx="32">
                  <c:v>3.990890230020665</c:v>
                </c:pt>
                <c:pt idx="33">
                  <c:v>7.2426406871192848</c:v>
                </c:pt>
                <c:pt idx="34">
                  <c:v>3</c:v>
                </c:pt>
                <c:pt idx="35">
                  <c:v>2.4733200530681509</c:v>
                </c:pt>
                <c:pt idx="36">
                  <c:v>3.6803508501982756</c:v>
                </c:pt>
                <c:pt idx="37">
                  <c:v>1.4954451150103321</c:v>
                </c:pt>
                <c:pt idx="38">
                  <c:v>3.4494897427831779</c:v>
                </c:pt>
                <c:pt idx="39">
                  <c:v>4.4494897427831779</c:v>
                </c:pt>
                <c:pt idx="40">
                  <c:v>5.5472882706655433</c:v>
                </c:pt>
                <c:pt idx="41">
                  <c:v>5.7416573867739409</c:v>
                </c:pt>
                <c:pt idx="42">
                  <c:v>3.1888543819998314</c:v>
                </c:pt>
                <c:pt idx="43">
                  <c:v>4.4331501776206199</c:v>
                </c:pt>
                <c:pt idx="44">
                  <c:v>1.6944271909999158</c:v>
                </c:pt>
                <c:pt idx="45">
                  <c:v>4.4076809620810593</c:v>
                </c:pt>
                <c:pt idx="46">
                  <c:v>2.3888543819998316</c:v>
                </c:pt>
                <c:pt idx="47">
                  <c:v>1.6954451150103322</c:v>
                </c:pt>
                <c:pt idx="48">
                  <c:v>3</c:v>
                </c:pt>
                <c:pt idx="49">
                  <c:v>2.4142135623730949</c:v>
                </c:pt>
                <c:pt idx="50">
                  <c:v>0</c:v>
                </c:pt>
                <c:pt idx="51">
                  <c:v>1.4954451150103321</c:v>
                </c:pt>
              </c:numCache>
            </c:numRef>
          </c:val>
          <c:smooth val="0"/>
          <c:extLst>
            <c:ext xmlns:c16="http://schemas.microsoft.com/office/drawing/2014/chart" uri="{C3380CC4-5D6E-409C-BE32-E72D297353CC}">
              <c16:uniqueId val="{00000001-A49F-4005-9CFC-00D7E4B22652}"/>
            </c:ext>
          </c:extLst>
        </c:ser>
        <c:ser>
          <c:idx val="2"/>
          <c:order val="2"/>
          <c:tx>
            <c:strRef>
              <c:f>'Thuận Lợi'!$A$11</c:f>
              <c:strCache>
                <c:ptCount val="1"/>
                <c:pt idx="0">
                  <c:v>Năm 2026</c:v>
                </c:pt>
              </c:strCache>
            </c:strRef>
          </c:tx>
          <c:spPr>
            <a:ln w="25400">
              <a:solidFill>
                <a:srgbClr val="FF0000"/>
              </a:solidFill>
              <a:prstDash val="solid"/>
            </a:ln>
          </c:spPr>
          <c:marker>
            <c:symbol val="circle"/>
            <c:size val="5"/>
            <c:spPr>
              <a:solidFill>
                <a:schemeClr val="accent3"/>
              </a:solidFill>
              <a:ln w="9525">
                <a:solidFill>
                  <a:schemeClr val="accent3"/>
                </a:solidFill>
              </a:ln>
              <a:effectLst/>
            </c:spPr>
          </c:marker>
          <c:val>
            <c:numRef>
              <c:f>'Thuận Lợi'!$B$11:$BA$11</c:f>
              <c:numCache>
                <c:formatCode>General</c:formatCode>
                <c:ptCount val="52"/>
                <c:pt idx="0">
                  <c:v>2</c:v>
                </c:pt>
                <c:pt idx="1">
                  <c:v>3</c:v>
                </c:pt>
                <c:pt idx="2">
                  <c:v>1</c:v>
                </c:pt>
                <c:pt idx="3">
                  <c:v>0</c:v>
                </c:pt>
                <c:pt idx="4">
                  <c:v>0</c:v>
                </c:pt>
                <c:pt idx="5">
                  <c:v>0</c:v>
                </c:pt>
                <c:pt idx="6">
                  <c:v>1</c:v>
                </c:pt>
                <c:pt idx="7">
                  <c:v>0</c:v>
                </c:pt>
                <c:pt idx="8">
                  <c:v>1</c:v>
                </c:pt>
                <c:pt idx="9">
                  <c:v>1</c:v>
                </c:pt>
                <c:pt idx="10">
                  <c:v>0</c:v>
                </c:pt>
                <c:pt idx="11">
                  <c:v>0</c:v>
                </c:pt>
                <c:pt idx="12">
                  <c:v>1</c:v>
                </c:pt>
                <c:pt idx="13">
                  <c:v>0</c:v>
                </c:pt>
                <c:pt idx="14">
                  <c:v>2</c:v>
                </c:pt>
                <c:pt idx="15">
                  <c:v>2</c:v>
                </c:pt>
                <c:pt idx="16">
                  <c:v>0</c:v>
                </c:pt>
                <c:pt idx="17">
                  <c:v>0</c:v>
                </c:pt>
                <c:pt idx="18">
                  <c:v>0</c:v>
                </c:pt>
                <c:pt idx="19">
                  <c:v>2</c:v>
                </c:pt>
                <c:pt idx="20">
                  <c:v>4</c:v>
                </c:pt>
                <c:pt idx="21">
                  <c:v>2</c:v>
                </c:pt>
                <c:pt idx="22">
                  <c:v>0</c:v>
                </c:pt>
                <c:pt idx="23">
                  <c:v>4</c:v>
                </c:pt>
                <c:pt idx="24">
                  <c:v>2</c:v>
                </c:pt>
                <c:pt idx="25">
                  <c:v>7</c:v>
                </c:pt>
                <c:pt idx="26">
                  <c:v>4</c:v>
                </c:pt>
                <c:pt idx="27">
                  <c:v>3</c:v>
                </c:pt>
                <c:pt idx="28">
                  <c:v>8</c:v>
                </c:pt>
                <c:pt idx="29">
                  <c:v>5</c:v>
                </c:pt>
                <c:pt idx="30">
                  <c:v>2</c:v>
                </c:pt>
                <c:pt idx="31">
                  <c:v>14</c:v>
                </c:pt>
                <c:pt idx="32">
                  <c:v>12</c:v>
                </c:pt>
                <c:pt idx="33">
                  <c:v>5</c:v>
                </c:pt>
                <c:pt idx="34">
                  <c:v>17</c:v>
                </c:pt>
                <c:pt idx="35">
                  <c:v>11</c:v>
                </c:pt>
                <c:pt idx="36">
                  <c:v>14</c:v>
                </c:pt>
              </c:numCache>
            </c:numRef>
          </c:val>
          <c:smooth val="0"/>
          <c:extLst>
            <c:ext xmlns:c16="http://schemas.microsoft.com/office/drawing/2014/chart" uri="{C3380CC4-5D6E-409C-BE32-E72D297353CC}">
              <c16:uniqueId val="{00000002-A49F-4005-9CFC-00D7E4B22652}"/>
            </c:ext>
          </c:extLst>
        </c:ser>
        <c:ser>
          <c:idx val="3"/>
          <c:order val="3"/>
          <c:tx>
            <c:strRef>
              <c:f>'Thuận Lợi'!$A$12</c:f>
              <c:strCache>
                <c:ptCount val="1"/>
                <c:pt idx="0">
                  <c:v>Năm 2025</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'Thuận Lợi'!$B$12:$BA$12</c:f>
              <c:numCache>
                <c:formatCode>General</c:formatCode>
                <c:ptCount val="52"/>
                <c:pt idx="0">
                  <c:v>1</c:v>
                </c:pt>
                <c:pt idx="1">
                  <c:v>0</c:v>
                </c:pt>
                <c:pt idx="2">
                  <c:v>2</c:v>
                </c:pt>
                <c:pt idx="3">
                  <c:v>0</c:v>
                </c:pt>
                <c:pt idx="4">
                  <c:v>1</c:v>
                </c:pt>
                <c:pt idx="5">
                  <c:v>1</c:v>
                </c:pt>
                <c:pt idx="6">
                  <c:v>0</c:v>
                </c:pt>
                <c:pt idx="7">
                  <c:v>1</c:v>
                </c:pt>
                <c:pt idx="8">
                  <c:v>0</c:v>
                </c:pt>
                <c:pt idx="9">
                  <c:v>0</c:v>
                </c:pt>
                <c:pt idx="10">
                  <c:v>0</c:v>
                </c:pt>
                <c:pt idx="11">
                  <c:v>0</c:v>
                </c:pt>
                <c:pt idx="12">
                  <c:v>1</c:v>
                </c:pt>
                <c:pt idx="13">
                  <c:v>0</c:v>
                </c:pt>
                <c:pt idx="14">
                  <c:v>0</c:v>
                </c:pt>
                <c:pt idx="15">
                  <c:v>0</c:v>
                </c:pt>
                <c:pt idx="16">
                  <c:v>0</c:v>
                </c:pt>
                <c:pt idx="17">
                  <c:v>0</c:v>
                </c:pt>
                <c:pt idx="18">
                  <c:v>0</c:v>
                </c:pt>
                <c:pt idx="19">
                  <c:v>0</c:v>
                </c:pt>
                <c:pt idx="20">
                  <c:v>0</c:v>
                </c:pt>
                <c:pt idx="21">
                  <c:v>1</c:v>
                </c:pt>
                <c:pt idx="22">
                  <c:v>0</c:v>
                </c:pt>
                <c:pt idx="23">
                  <c:v>0</c:v>
                </c:pt>
                <c:pt idx="24">
                  <c:v>0</c:v>
                </c:pt>
                <c:pt idx="25">
                  <c:v>2</c:v>
                </c:pt>
                <c:pt idx="26">
                  <c:v>3</c:v>
                </c:pt>
                <c:pt idx="27">
                  <c:v>2</c:v>
                </c:pt>
                <c:pt idx="28">
                  <c:v>3</c:v>
                </c:pt>
                <c:pt idx="29">
                  <c:v>1</c:v>
                </c:pt>
                <c:pt idx="30">
                  <c:v>0</c:v>
                </c:pt>
                <c:pt idx="31">
                  <c:v>1</c:v>
                </c:pt>
                <c:pt idx="32">
                  <c:v>3</c:v>
                </c:pt>
                <c:pt idx="33">
                  <c:v>2</c:v>
                </c:pt>
                <c:pt idx="34">
                  <c:v>4</c:v>
                </c:pt>
                <c:pt idx="35">
                  <c:v>4</c:v>
                </c:pt>
                <c:pt idx="36">
                  <c:v>5</c:v>
                </c:pt>
                <c:pt idx="37">
                  <c:v>9</c:v>
                </c:pt>
                <c:pt idx="38">
                  <c:v>7</c:v>
                </c:pt>
                <c:pt idx="39">
                  <c:v>8</c:v>
                </c:pt>
                <c:pt idx="40">
                  <c:v>4</c:v>
                </c:pt>
                <c:pt idx="41">
                  <c:v>5</c:v>
                </c:pt>
                <c:pt idx="42">
                  <c:v>5</c:v>
                </c:pt>
                <c:pt idx="43">
                  <c:v>7</c:v>
                </c:pt>
                <c:pt idx="44">
                  <c:v>3</c:v>
                </c:pt>
                <c:pt idx="45">
                  <c:v>6</c:v>
                </c:pt>
                <c:pt idx="46">
                  <c:v>2</c:v>
                </c:pt>
                <c:pt idx="47">
                  <c:v>1</c:v>
                </c:pt>
                <c:pt idx="48">
                  <c:v>3</c:v>
                </c:pt>
                <c:pt idx="49">
                  <c:v>2</c:v>
                </c:pt>
                <c:pt idx="50">
                  <c:v>3</c:v>
                </c:pt>
                <c:pt idx="51">
                  <c:v>1</c:v>
                </c:pt>
              </c:numCache>
            </c:numRef>
          </c:val>
          <c:smooth val="0"/>
          <c:extLst>
            <c:ext xmlns:c16="http://schemas.microsoft.com/office/drawing/2014/chart" uri="{C3380CC4-5D6E-409C-BE32-E72D297353CC}">
              <c16:uniqueId val="{00000003-A49F-4005-9CFC-00D7E4B22652}"/>
            </c:ext>
          </c:extLst>
        </c:ser>
        <c:dLbls>
          <c:showLegendKey val="0"/>
          <c:showVal val="0"/>
          <c:showCatName val="0"/>
          <c:showSerName val="0"/>
          <c:showPercent val="0"/>
          <c:showBubbleSize val="0"/>
        </c:dLbls>
        <c:marker val="1"/>
        <c:smooth val="0"/>
        <c:axId val="2035116800"/>
        <c:axId val="1"/>
      </c:lineChart>
      <c:catAx>
        <c:axId val="2035116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5116800"/>
        <c:crosses val="autoZero"/>
        <c:crossBetween val="between"/>
      </c:valAx>
      <c:spPr>
        <a:noFill/>
        <a:ln w="25400">
          <a:noFill/>
        </a:ln>
      </c:spPr>
    </c:plotArea>
    <c:legend>
      <c:legendPos val="b"/>
      <c:layout>
        <c:manualLayout>
          <c:xMode val="edge"/>
          <c:yMode val="edge"/>
          <c:x val="0.78519071393077133"/>
          <c:y val="4.6199606299212589E-2"/>
          <c:w val="0.13609901049535267"/>
          <c:h val="0.43000787401574803"/>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8</Pages>
  <Words>1622</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Hồ Phương</cp:lastModifiedBy>
  <cp:revision>21</cp:revision>
  <dcterms:created xsi:type="dcterms:W3CDTF">2026-09-15T01:30:00Z</dcterms:created>
  <dcterms:modified xsi:type="dcterms:W3CDTF">2026-09-15T10:37:00Z</dcterms:modified>
  <cp:category/>
</cp:coreProperties>
</file>